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5E4A7" w14:textId="77777777" w:rsidR="00114783" w:rsidRDefault="00000000">
      <w:pPr>
        <w:spacing w:after="40"/>
        <w:jc w:val="center"/>
      </w:pPr>
      <w:r>
        <w:rPr>
          <w:rFonts w:ascii="Aptos Display" w:hAnsi="Aptos Display"/>
          <w:b/>
          <w:color w:val="17365D"/>
          <w:sz w:val="38"/>
        </w:rPr>
        <w:t>ELOHIM SCHOLARSHIP FUND</w:t>
      </w:r>
    </w:p>
    <w:p w14:paraId="0B21D3D5" w14:textId="77777777" w:rsidR="00114783" w:rsidRDefault="00000000">
      <w:pPr>
        <w:spacing w:after="140"/>
        <w:jc w:val="center"/>
      </w:pPr>
      <w:r>
        <w:rPr>
          <w:color w:val="5B6573"/>
        </w:rPr>
        <w:t>UNDERGRADUATE FINAL-YEAR TUITION BURSARY APPLICATION</w:t>
      </w:r>
    </w:p>
    <w:p w14:paraId="2BC83AD7" w14:textId="77777777" w:rsidR="00114783" w:rsidRDefault="00000000">
      <w:pPr>
        <w:jc w:val="center"/>
      </w:pPr>
      <w:r>
        <w:rPr>
          <w:b/>
          <w:color w:val="1F4E79"/>
        </w:rPr>
        <w:t>APPLICATION CYCLE: ____________________     CLOSING DATE: ____________________</w:t>
      </w:r>
    </w:p>
    <w:p w14:paraId="3B86273E" w14:textId="77777777" w:rsidR="00114783" w:rsidRDefault="00000000">
      <w:pPr>
        <w:jc w:val="center"/>
      </w:pPr>
      <w:r>
        <w:rPr>
          <w:i/>
          <w:color w:val="5B6573"/>
          <w:sz w:val="16"/>
        </w:rPr>
        <w:t>Applicant passport photograph (optional): attach here or submit as a separate file</w:t>
      </w:r>
    </w:p>
    <w:p w14:paraId="249C46E6" w14:textId="77777777" w:rsidR="00114783" w:rsidRDefault="00000000">
      <w:pPr>
        <w:pBdr>
          <w:bottom w:val="single" w:sz="8" w:space="2" w:color="1F4E79"/>
        </w:pBdr>
        <w:spacing w:before="160"/>
      </w:pPr>
      <w:r>
        <w:rPr>
          <w:b/>
          <w:color w:val="1F4E79"/>
          <w:sz w:val="20"/>
        </w:rPr>
        <w:t>BEFORE YOU APPLY</w:t>
      </w:r>
    </w:p>
    <w:p w14:paraId="1A58A313" w14:textId="77777777" w:rsidR="00114783" w:rsidRDefault="00000000">
      <w:r>
        <w:t>Please read these instructions carefully and complete every section that applies to you. Type into the Word form or print clearly in black ink. If a question does not apply, write “N/A”. Do not leave required fields blank.</w:t>
      </w:r>
    </w:p>
    <w:p w14:paraId="5574C83F" w14:textId="601DC6DB" w:rsidR="00114783" w:rsidRDefault="00000000">
      <w:r>
        <w:t xml:space="preserve">Submit the completed form and supporting documents by email to: </w:t>
      </w:r>
      <w:hyperlink r:id="rId8" w:history="1">
        <w:r w:rsidRPr="004612D3">
          <w:rPr>
            <w:rStyle w:val="Hyperlink"/>
          </w:rPr>
          <w:t>elohimscholarshipfund@gmail.com</w:t>
        </w:r>
      </w:hyperlink>
    </w:p>
    <w:p w14:paraId="7C330980" w14:textId="77777777" w:rsidR="00114783" w:rsidRDefault="00000000">
      <w:r>
        <w:t>Incomplete, late or unverifiable applications may not be considered. Keep a copy of your application and all documents submitted.</w:t>
      </w:r>
    </w:p>
    <w:p w14:paraId="4D0073ED" w14:textId="77777777" w:rsidR="00114783" w:rsidRDefault="00000000">
      <w:pPr>
        <w:pBdr>
          <w:bottom w:val="single" w:sz="8" w:space="2" w:color="1F4E79"/>
        </w:pBdr>
        <w:spacing w:before="160"/>
      </w:pPr>
      <w:r>
        <w:rPr>
          <w:b/>
          <w:color w:val="1F4E79"/>
          <w:sz w:val="20"/>
        </w:rPr>
        <w:t>ELIGIBILITY</w:t>
      </w:r>
    </w:p>
    <w:p w14:paraId="256C31D4" w14:textId="77777777" w:rsidR="00114783" w:rsidRDefault="00000000">
      <w:pPr>
        <w:pStyle w:val="ListBullet"/>
        <w:spacing w:after="40"/>
      </w:pPr>
      <w:r>
        <w:t>The bursary is intended for Congolese students who are unable to afford their current final-year undergraduate tuition fees.</w:t>
      </w:r>
    </w:p>
    <w:p w14:paraId="42C0469E" w14:textId="77777777" w:rsidR="00114783" w:rsidRDefault="00000000">
      <w:pPr>
        <w:pStyle w:val="ListBullet"/>
        <w:spacing w:after="40"/>
      </w:pPr>
      <w:r>
        <w:t>Applicants must be enrolled in the final year of an undergraduate qualification at an accredited tertiary institution.</w:t>
      </w:r>
    </w:p>
    <w:p w14:paraId="6561E281" w14:textId="77777777" w:rsidR="00114783" w:rsidRDefault="00000000">
      <w:pPr>
        <w:pStyle w:val="ListBullet"/>
        <w:spacing w:after="40"/>
      </w:pPr>
      <w:r>
        <w:t>The supported fields of study are Science, Engineering and Information Technology.</w:t>
      </w:r>
    </w:p>
    <w:p w14:paraId="773B5729" w14:textId="77777777" w:rsidR="00114783" w:rsidRDefault="00000000">
      <w:pPr>
        <w:pStyle w:val="ListBullet"/>
        <w:spacing w:after="40"/>
      </w:pPr>
      <w:r>
        <w:t>Funding under this application is for tuition and eligible university tuition charges only. Accommodation, living costs, transport and general personal expenses are not covered.</w:t>
      </w:r>
    </w:p>
    <w:p w14:paraId="3A8BBA1A" w14:textId="77777777" w:rsidR="00114783" w:rsidRDefault="00000000">
      <w:pPr>
        <w:pStyle w:val="ListBullet"/>
        <w:spacing w:after="40"/>
      </w:pPr>
      <w:r>
        <w:t>Applicants must provide accurate information and supporting documents. Applications may be subject to verification.</w:t>
      </w:r>
    </w:p>
    <w:p w14:paraId="1D6F5B2D" w14:textId="77777777" w:rsidR="00114783" w:rsidRDefault="00000000">
      <w:pPr>
        <w:pBdr>
          <w:bottom w:val="single" w:sz="8" w:space="2" w:color="1F4E79"/>
        </w:pBdr>
        <w:spacing w:before="160"/>
      </w:pPr>
      <w:r>
        <w:rPr>
          <w:b/>
          <w:color w:val="1F4E79"/>
          <w:sz w:val="20"/>
        </w:rPr>
        <w:t>REQUIRED SUPPORTING DOCUMENTS</w:t>
      </w:r>
    </w:p>
    <w:tbl>
      <w:tblPr>
        <w:tblStyle w:val="TableGrid"/>
        <w:tblW w:w="0" w:type="auto"/>
        <w:jc w:val="center"/>
        <w:tblLook w:val="04A0" w:firstRow="1" w:lastRow="0" w:firstColumn="1" w:lastColumn="0" w:noHBand="0" w:noVBand="1"/>
      </w:tblPr>
      <w:tblGrid>
        <w:gridCol w:w="5083"/>
        <w:gridCol w:w="5083"/>
      </w:tblGrid>
      <w:tr w:rsidR="00114783" w14:paraId="7F5F34CA" w14:textId="77777777">
        <w:trPr>
          <w:jc w:val="center"/>
        </w:trPr>
        <w:tc>
          <w:tcPr>
            <w:tcW w:w="5083" w:type="dxa"/>
            <w:vAlign w:val="center"/>
          </w:tcPr>
          <w:p w14:paraId="54099E1F" w14:textId="77777777" w:rsidR="00114783" w:rsidRDefault="00000000">
            <w:pPr>
              <w:spacing w:after="20"/>
            </w:pPr>
            <w:r>
              <w:rPr>
                <w:sz w:val="17"/>
              </w:rPr>
              <w:t>☐  Certified copy of Congolese ID or passport</w:t>
            </w:r>
          </w:p>
        </w:tc>
        <w:tc>
          <w:tcPr>
            <w:tcW w:w="5083" w:type="dxa"/>
            <w:vAlign w:val="center"/>
          </w:tcPr>
          <w:p w14:paraId="1003DDC3" w14:textId="77777777" w:rsidR="00114783" w:rsidRDefault="00000000">
            <w:pPr>
              <w:spacing w:after="20"/>
            </w:pPr>
            <w:r>
              <w:rPr>
                <w:sz w:val="17"/>
              </w:rPr>
              <w:t>☐  Proof of current registration</w:t>
            </w:r>
          </w:p>
        </w:tc>
      </w:tr>
      <w:tr w:rsidR="00114783" w14:paraId="5B603CA2" w14:textId="77777777">
        <w:trPr>
          <w:jc w:val="center"/>
        </w:trPr>
        <w:tc>
          <w:tcPr>
            <w:tcW w:w="5083" w:type="dxa"/>
            <w:vAlign w:val="center"/>
          </w:tcPr>
          <w:p w14:paraId="02791702" w14:textId="77777777" w:rsidR="00114783" w:rsidRDefault="00000000">
            <w:pPr>
              <w:spacing w:after="20"/>
            </w:pPr>
            <w:r>
              <w:rPr>
                <w:sz w:val="17"/>
              </w:rPr>
              <w:t>☐  Latest academic transcript / results</w:t>
            </w:r>
          </w:p>
        </w:tc>
        <w:tc>
          <w:tcPr>
            <w:tcW w:w="5083" w:type="dxa"/>
            <w:vAlign w:val="center"/>
          </w:tcPr>
          <w:p w14:paraId="7A74514F" w14:textId="77777777" w:rsidR="00114783" w:rsidRDefault="00000000">
            <w:pPr>
              <w:spacing w:after="20"/>
            </w:pPr>
            <w:r>
              <w:rPr>
                <w:sz w:val="17"/>
              </w:rPr>
              <w:t>☐  Current official fee statement showing tuition balance</w:t>
            </w:r>
          </w:p>
        </w:tc>
      </w:tr>
      <w:tr w:rsidR="00114783" w14:paraId="0C4D09C5" w14:textId="77777777">
        <w:trPr>
          <w:jc w:val="center"/>
        </w:trPr>
        <w:tc>
          <w:tcPr>
            <w:tcW w:w="5083" w:type="dxa"/>
            <w:vAlign w:val="center"/>
          </w:tcPr>
          <w:p w14:paraId="16030A37" w14:textId="77777777" w:rsidR="00114783" w:rsidRDefault="00000000">
            <w:pPr>
              <w:spacing w:after="20"/>
            </w:pPr>
            <w:r>
              <w:rPr>
                <w:sz w:val="17"/>
              </w:rPr>
              <w:t>☐  CV / résumé</w:t>
            </w:r>
          </w:p>
        </w:tc>
        <w:tc>
          <w:tcPr>
            <w:tcW w:w="5083" w:type="dxa"/>
            <w:vAlign w:val="center"/>
          </w:tcPr>
          <w:p w14:paraId="0DABA106" w14:textId="77777777" w:rsidR="00114783" w:rsidRDefault="00000000">
            <w:pPr>
              <w:spacing w:after="20"/>
            </w:pPr>
            <w:r>
              <w:rPr>
                <w:sz w:val="17"/>
              </w:rPr>
              <w:t>☐  Motivational letter explaining financial need and study goals</w:t>
            </w:r>
          </w:p>
        </w:tc>
      </w:tr>
      <w:tr w:rsidR="00114783" w14:paraId="22940A03" w14:textId="77777777">
        <w:trPr>
          <w:jc w:val="center"/>
        </w:trPr>
        <w:tc>
          <w:tcPr>
            <w:tcW w:w="5083" w:type="dxa"/>
            <w:vAlign w:val="center"/>
          </w:tcPr>
          <w:p w14:paraId="027C92F4" w14:textId="77777777" w:rsidR="00114783" w:rsidRDefault="00000000">
            <w:pPr>
              <w:spacing w:after="20"/>
            </w:pPr>
            <w:r>
              <w:rPr>
                <w:sz w:val="17"/>
              </w:rPr>
              <w:t>☐  Evidence of household or personal income, where available</w:t>
            </w:r>
          </w:p>
        </w:tc>
        <w:tc>
          <w:tcPr>
            <w:tcW w:w="5083" w:type="dxa"/>
            <w:vAlign w:val="center"/>
          </w:tcPr>
          <w:p w14:paraId="001E3997" w14:textId="77777777" w:rsidR="00114783" w:rsidRDefault="00000000">
            <w:pPr>
              <w:spacing w:after="20"/>
            </w:pPr>
            <w:r>
              <w:rPr>
                <w:sz w:val="17"/>
              </w:rPr>
              <w:t>☐  Details or proof of other bursary / sponsorship funding, if applicable</w:t>
            </w:r>
          </w:p>
        </w:tc>
      </w:tr>
    </w:tbl>
    <w:p w14:paraId="2450C963" w14:textId="77777777" w:rsidR="00114783" w:rsidRDefault="00000000">
      <w:r>
        <w:t>Only successful applicants may be contacted. If you have not received a response within 2–4 weeks after the closing date, you may consider your application unsuccessful. The Fund may request further information or conduct verification before making a decision.</w:t>
      </w:r>
    </w:p>
    <w:p w14:paraId="4A4A9C4D" w14:textId="77777777" w:rsidR="00114783" w:rsidRDefault="00000000">
      <w:r>
        <w:t>The availability and amount of funding depend on the Fund’s resources and selection process. Submitting an application does not guarantee an award.</w:t>
      </w:r>
    </w:p>
    <w:p w14:paraId="2B5B1ECD" w14:textId="77777777" w:rsidR="00114783" w:rsidRDefault="00000000">
      <w:r>
        <w:br w:type="page"/>
      </w:r>
    </w:p>
    <w:p w14:paraId="61B9565E" w14:textId="77777777" w:rsidR="00114783" w:rsidRDefault="00000000">
      <w:pPr>
        <w:spacing w:after="40"/>
        <w:jc w:val="center"/>
      </w:pPr>
      <w:r>
        <w:rPr>
          <w:rFonts w:ascii="Aptos Display" w:hAnsi="Aptos Display"/>
          <w:b/>
          <w:color w:val="17365D"/>
          <w:sz w:val="32"/>
        </w:rPr>
        <w:lastRenderedPageBreak/>
        <w:t>APPLICATION FORM</w:t>
      </w:r>
    </w:p>
    <w:p w14:paraId="1E334152" w14:textId="77777777" w:rsidR="00114783" w:rsidRDefault="00000000">
      <w:pPr>
        <w:spacing w:after="140"/>
        <w:jc w:val="center"/>
      </w:pPr>
      <w:r>
        <w:rPr>
          <w:color w:val="5B6573"/>
        </w:rPr>
        <w:t>Complete all required fields in clear, legible writing or electronically.</w:t>
      </w:r>
    </w:p>
    <w:p w14:paraId="2F5DB338" w14:textId="77777777" w:rsidR="00114783" w:rsidRDefault="00000000">
      <w:pPr>
        <w:pBdr>
          <w:bottom w:val="single" w:sz="8" w:space="2" w:color="1F4E79"/>
        </w:pBdr>
        <w:spacing w:before="160"/>
      </w:pPr>
      <w:r>
        <w:rPr>
          <w:b/>
          <w:color w:val="1F4E79"/>
          <w:sz w:val="20"/>
        </w:rPr>
        <w:t>1. BURSARY AND COURSE INFORMATION</w:t>
      </w:r>
    </w:p>
    <w:tbl>
      <w:tblPr>
        <w:tblStyle w:val="TableGrid"/>
        <w:tblW w:w="0" w:type="auto"/>
        <w:jc w:val="center"/>
        <w:tblLook w:val="04A0" w:firstRow="1" w:lastRow="0" w:firstColumn="1" w:lastColumn="0" w:noHBand="0" w:noVBand="1"/>
      </w:tblPr>
      <w:tblGrid>
        <w:gridCol w:w="3389"/>
        <w:gridCol w:w="3389"/>
        <w:gridCol w:w="3389"/>
      </w:tblGrid>
      <w:tr w:rsidR="00114783" w14:paraId="5E88C22A" w14:textId="77777777">
        <w:trPr>
          <w:jc w:val="center"/>
        </w:trPr>
        <w:tc>
          <w:tcPr>
            <w:tcW w:w="3389" w:type="dxa"/>
            <w:vAlign w:val="center"/>
          </w:tcPr>
          <w:p w14:paraId="38B1294F" w14:textId="77777777" w:rsidR="00114783" w:rsidRDefault="00000000">
            <w:pPr>
              <w:spacing w:after="20"/>
            </w:pPr>
            <w:r>
              <w:rPr>
                <w:sz w:val="17"/>
              </w:rPr>
              <w:t>☐  Science</w:t>
            </w:r>
          </w:p>
        </w:tc>
        <w:tc>
          <w:tcPr>
            <w:tcW w:w="3389" w:type="dxa"/>
            <w:vAlign w:val="center"/>
          </w:tcPr>
          <w:p w14:paraId="7F8A9DDA" w14:textId="77777777" w:rsidR="00114783" w:rsidRDefault="00000000">
            <w:pPr>
              <w:spacing w:after="20"/>
            </w:pPr>
            <w:r>
              <w:rPr>
                <w:sz w:val="17"/>
              </w:rPr>
              <w:t>☐  Engineering</w:t>
            </w:r>
          </w:p>
        </w:tc>
        <w:tc>
          <w:tcPr>
            <w:tcW w:w="3389" w:type="dxa"/>
            <w:vAlign w:val="center"/>
          </w:tcPr>
          <w:p w14:paraId="03D6B274" w14:textId="77777777" w:rsidR="00114783" w:rsidRDefault="00000000">
            <w:pPr>
              <w:spacing w:after="20"/>
            </w:pPr>
            <w:r>
              <w:rPr>
                <w:sz w:val="17"/>
              </w:rPr>
              <w:t>☐  Information Technology</w:t>
            </w:r>
          </w:p>
        </w:tc>
      </w:tr>
      <w:tr w:rsidR="00114783" w14:paraId="4BE91094" w14:textId="77777777">
        <w:trPr>
          <w:jc w:val="center"/>
        </w:trPr>
        <w:tc>
          <w:tcPr>
            <w:tcW w:w="3240" w:type="dxa"/>
            <w:shd w:val="clear" w:color="auto" w:fill="F3F6F9"/>
            <w:vAlign w:val="center"/>
          </w:tcPr>
          <w:p w14:paraId="3F8D9DAC" w14:textId="77777777" w:rsidR="00114783" w:rsidRDefault="00000000">
            <w:pPr>
              <w:spacing w:after="20"/>
            </w:pPr>
            <w:r>
              <w:rPr>
                <w:b/>
                <w:color w:val="1F4E79"/>
                <w:sz w:val="17"/>
              </w:rPr>
              <w:t>Qualification / degree</w:t>
            </w:r>
          </w:p>
        </w:tc>
        <w:tc>
          <w:tcPr>
            <w:tcW w:w="6696" w:type="dxa"/>
            <w:gridSpan w:val="2"/>
            <w:vAlign w:val="center"/>
          </w:tcPr>
          <w:p w14:paraId="36E6B636" w14:textId="77777777" w:rsidR="00114783" w:rsidRDefault="00000000">
            <w:pPr>
              <w:spacing w:after="20"/>
            </w:pPr>
            <w:r>
              <w:rPr>
                <w:sz w:val="17"/>
              </w:rPr>
              <w:t xml:space="preserve"> </w:t>
            </w:r>
          </w:p>
        </w:tc>
      </w:tr>
      <w:tr w:rsidR="00114783" w14:paraId="50B5A3ED" w14:textId="77777777">
        <w:trPr>
          <w:jc w:val="center"/>
        </w:trPr>
        <w:tc>
          <w:tcPr>
            <w:tcW w:w="3240" w:type="dxa"/>
            <w:shd w:val="clear" w:color="auto" w:fill="F3F6F9"/>
            <w:vAlign w:val="center"/>
          </w:tcPr>
          <w:p w14:paraId="472DEB3C" w14:textId="77777777" w:rsidR="00114783" w:rsidRDefault="00000000">
            <w:pPr>
              <w:spacing w:after="20"/>
            </w:pPr>
            <w:r>
              <w:rPr>
                <w:b/>
                <w:color w:val="1F4E79"/>
                <w:sz w:val="17"/>
              </w:rPr>
              <w:t>Specialisation / major</w:t>
            </w:r>
          </w:p>
        </w:tc>
        <w:tc>
          <w:tcPr>
            <w:tcW w:w="6696" w:type="dxa"/>
            <w:gridSpan w:val="2"/>
            <w:vAlign w:val="center"/>
          </w:tcPr>
          <w:p w14:paraId="47A64519" w14:textId="77777777" w:rsidR="00114783" w:rsidRDefault="00000000">
            <w:pPr>
              <w:spacing w:after="20"/>
            </w:pPr>
            <w:r>
              <w:rPr>
                <w:sz w:val="17"/>
              </w:rPr>
              <w:t xml:space="preserve"> </w:t>
            </w:r>
          </w:p>
        </w:tc>
      </w:tr>
      <w:tr w:rsidR="00114783" w14:paraId="6C24DCFC" w14:textId="77777777">
        <w:trPr>
          <w:jc w:val="center"/>
        </w:trPr>
        <w:tc>
          <w:tcPr>
            <w:tcW w:w="3240" w:type="dxa"/>
            <w:shd w:val="clear" w:color="auto" w:fill="F3F6F9"/>
            <w:vAlign w:val="center"/>
          </w:tcPr>
          <w:p w14:paraId="635E9EC0" w14:textId="77777777" w:rsidR="00114783" w:rsidRDefault="00000000">
            <w:pPr>
              <w:spacing w:after="20"/>
            </w:pPr>
            <w:r>
              <w:rPr>
                <w:b/>
                <w:color w:val="1F4E79"/>
                <w:sz w:val="17"/>
              </w:rPr>
              <w:t>Name of tertiary institution</w:t>
            </w:r>
          </w:p>
        </w:tc>
        <w:tc>
          <w:tcPr>
            <w:tcW w:w="6696" w:type="dxa"/>
            <w:gridSpan w:val="2"/>
            <w:vAlign w:val="center"/>
          </w:tcPr>
          <w:p w14:paraId="3FFD1BEB" w14:textId="77777777" w:rsidR="00114783" w:rsidRDefault="00000000">
            <w:pPr>
              <w:spacing w:after="20"/>
            </w:pPr>
            <w:r>
              <w:rPr>
                <w:sz w:val="17"/>
              </w:rPr>
              <w:t xml:space="preserve"> </w:t>
            </w:r>
          </w:p>
        </w:tc>
      </w:tr>
      <w:tr w:rsidR="00114783" w14:paraId="08C333CF" w14:textId="77777777">
        <w:trPr>
          <w:jc w:val="center"/>
        </w:trPr>
        <w:tc>
          <w:tcPr>
            <w:tcW w:w="3240" w:type="dxa"/>
            <w:shd w:val="clear" w:color="auto" w:fill="F3F6F9"/>
            <w:vAlign w:val="center"/>
          </w:tcPr>
          <w:p w14:paraId="5D3EAED9" w14:textId="77777777" w:rsidR="00114783" w:rsidRDefault="00000000">
            <w:pPr>
              <w:spacing w:after="20"/>
            </w:pPr>
            <w:r>
              <w:rPr>
                <w:b/>
                <w:color w:val="1F4E79"/>
                <w:sz w:val="17"/>
              </w:rPr>
              <w:t>Institution campus / city / country</w:t>
            </w:r>
          </w:p>
        </w:tc>
        <w:tc>
          <w:tcPr>
            <w:tcW w:w="6696" w:type="dxa"/>
            <w:gridSpan w:val="2"/>
            <w:vAlign w:val="center"/>
          </w:tcPr>
          <w:p w14:paraId="48C6AC0C" w14:textId="77777777" w:rsidR="00114783" w:rsidRDefault="00000000">
            <w:pPr>
              <w:spacing w:after="20"/>
            </w:pPr>
            <w:r>
              <w:rPr>
                <w:sz w:val="17"/>
              </w:rPr>
              <w:t xml:space="preserve"> </w:t>
            </w:r>
          </w:p>
        </w:tc>
      </w:tr>
      <w:tr w:rsidR="00114783" w14:paraId="0FCB5E40" w14:textId="77777777">
        <w:trPr>
          <w:jc w:val="center"/>
        </w:trPr>
        <w:tc>
          <w:tcPr>
            <w:tcW w:w="3240" w:type="dxa"/>
            <w:shd w:val="clear" w:color="auto" w:fill="F3F6F9"/>
            <w:vAlign w:val="center"/>
          </w:tcPr>
          <w:p w14:paraId="43A751CF" w14:textId="77777777" w:rsidR="00114783" w:rsidRDefault="00000000">
            <w:pPr>
              <w:spacing w:after="20"/>
            </w:pPr>
            <w:r>
              <w:rPr>
                <w:b/>
                <w:color w:val="1F4E79"/>
                <w:sz w:val="17"/>
              </w:rPr>
              <w:t>Student number</w:t>
            </w:r>
          </w:p>
        </w:tc>
        <w:tc>
          <w:tcPr>
            <w:tcW w:w="6696" w:type="dxa"/>
            <w:gridSpan w:val="2"/>
            <w:vAlign w:val="center"/>
          </w:tcPr>
          <w:p w14:paraId="04FA423A" w14:textId="77777777" w:rsidR="00114783" w:rsidRDefault="00000000">
            <w:pPr>
              <w:spacing w:after="20"/>
            </w:pPr>
            <w:r>
              <w:rPr>
                <w:sz w:val="17"/>
              </w:rPr>
              <w:t xml:space="preserve"> </w:t>
            </w:r>
          </w:p>
        </w:tc>
      </w:tr>
      <w:tr w:rsidR="00114783" w14:paraId="77363385" w14:textId="77777777">
        <w:trPr>
          <w:jc w:val="center"/>
        </w:trPr>
        <w:tc>
          <w:tcPr>
            <w:tcW w:w="3240" w:type="dxa"/>
            <w:shd w:val="clear" w:color="auto" w:fill="F3F6F9"/>
            <w:vAlign w:val="center"/>
          </w:tcPr>
          <w:p w14:paraId="07EB730D" w14:textId="77777777" w:rsidR="00114783" w:rsidRDefault="00000000">
            <w:pPr>
              <w:spacing w:after="20"/>
            </w:pPr>
            <w:r>
              <w:rPr>
                <w:b/>
                <w:color w:val="1F4E79"/>
                <w:sz w:val="17"/>
              </w:rPr>
              <w:t>Current year of study</w:t>
            </w:r>
          </w:p>
        </w:tc>
        <w:tc>
          <w:tcPr>
            <w:tcW w:w="6696" w:type="dxa"/>
            <w:gridSpan w:val="2"/>
            <w:vAlign w:val="center"/>
          </w:tcPr>
          <w:p w14:paraId="6EA97D3B" w14:textId="77777777" w:rsidR="00114783" w:rsidRDefault="00000000">
            <w:pPr>
              <w:spacing w:after="20"/>
            </w:pPr>
            <w:r>
              <w:rPr>
                <w:sz w:val="17"/>
              </w:rPr>
              <w:t>Final year (required)</w:t>
            </w:r>
          </w:p>
        </w:tc>
      </w:tr>
      <w:tr w:rsidR="00114783" w14:paraId="35ECE33F" w14:textId="77777777">
        <w:trPr>
          <w:jc w:val="center"/>
        </w:trPr>
        <w:tc>
          <w:tcPr>
            <w:tcW w:w="3240" w:type="dxa"/>
            <w:shd w:val="clear" w:color="auto" w:fill="F3F6F9"/>
            <w:vAlign w:val="center"/>
          </w:tcPr>
          <w:p w14:paraId="75637584" w14:textId="77777777" w:rsidR="00114783" w:rsidRDefault="00000000">
            <w:pPr>
              <w:spacing w:after="20"/>
            </w:pPr>
            <w:r>
              <w:rPr>
                <w:b/>
                <w:color w:val="1F4E79"/>
                <w:sz w:val="17"/>
              </w:rPr>
              <w:t>Expected completion date (month/year)</w:t>
            </w:r>
          </w:p>
        </w:tc>
        <w:tc>
          <w:tcPr>
            <w:tcW w:w="6696" w:type="dxa"/>
            <w:gridSpan w:val="2"/>
            <w:vAlign w:val="center"/>
          </w:tcPr>
          <w:p w14:paraId="03A04111" w14:textId="77777777" w:rsidR="00114783" w:rsidRDefault="00000000">
            <w:pPr>
              <w:spacing w:after="20"/>
            </w:pPr>
            <w:r>
              <w:rPr>
                <w:sz w:val="17"/>
              </w:rPr>
              <w:t xml:space="preserve"> </w:t>
            </w:r>
          </w:p>
        </w:tc>
      </w:tr>
      <w:tr w:rsidR="00114783" w14:paraId="441094B5" w14:textId="77777777">
        <w:trPr>
          <w:jc w:val="center"/>
        </w:trPr>
        <w:tc>
          <w:tcPr>
            <w:tcW w:w="3240" w:type="dxa"/>
            <w:shd w:val="clear" w:color="auto" w:fill="F3F6F9"/>
            <w:vAlign w:val="center"/>
          </w:tcPr>
          <w:p w14:paraId="5BD6B8F5" w14:textId="77777777" w:rsidR="00114783" w:rsidRDefault="00000000">
            <w:pPr>
              <w:spacing w:after="20"/>
            </w:pPr>
            <w:r>
              <w:rPr>
                <w:b/>
                <w:color w:val="1F4E79"/>
                <w:sz w:val="17"/>
              </w:rPr>
              <w:t>Is the institution accredited?</w:t>
            </w:r>
          </w:p>
        </w:tc>
        <w:tc>
          <w:tcPr>
            <w:tcW w:w="6696" w:type="dxa"/>
            <w:gridSpan w:val="2"/>
            <w:vAlign w:val="center"/>
          </w:tcPr>
          <w:p w14:paraId="57827D5F" w14:textId="77777777" w:rsidR="00114783" w:rsidRDefault="00000000">
            <w:pPr>
              <w:spacing w:after="20"/>
            </w:pPr>
            <w:r>
              <w:rPr>
                <w:sz w:val="17"/>
              </w:rPr>
              <w:t>☐ Yes   ☐ No   ☐ Unsure</w:t>
            </w:r>
          </w:p>
        </w:tc>
      </w:tr>
      <w:tr w:rsidR="00114783" w14:paraId="69215225" w14:textId="77777777">
        <w:trPr>
          <w:jc w:val="center"/>
        </w:trPr>
        <w:tc>
          <w:tcPr>
            <w:tcW w:w="3240" w:type="dxa"/>
            <w:shd w:val="clear" w:color="auto" w:fill="F3F6F9"/>
            <w:vAlign w:val="center"/>
          </w:tcPr>
          <w:p w14:paraId="4B25AC82" w14:textId="77777777" w:rsidR="00114783" w:rsidRDefault="00000000">
            <w:pPr>
              <w:spacing w:after="20"/>
            </w:pPr>
            <w:r>
              <w:rPr>
                <w:b/>
                <w:color w:val="1F4E79"/>
                <w:sz w:val="17"/>
              </w:rPr>
              <w:t>Name of qualification / programme coordinator (if known)</w:t>
            </w:r>
          </w:p>
        </w:tc>
        <w:tc>
          <w:tcPr>
            <w:tcW w:w="6696" w:type="dxa"/>
            <w:gridSpan w:val="2"/>
            <w:vAlign w:val="center"/>
          </w:tcPr>
          <w:p w14:paraId="7F57DF60" w14:textId="77777777" w:rsidR="00114783" w:rsidRDefault="00000000">
            <w:pPr>
              <w:spacing w:after="20"/>
            </w:pPr>
            <w:r>
              <w:rPr>
                <w:sz w:val="17"/>
              </w:rPr>
              <w:t xml:space="preserve"> </w:t>
            </w:r>
          </w:p>
        </w:tc>
      </w:tr>
      <w:tr w:rsidR="00114783" w14:paraId="0F0AEDF3" w14:textId="77777777">
        <w:trPr>
          <w:jc w:val="center"/>
        </w:trPr>
        <w:tc>
          <w:tcPr>
            <w:tcW w:w="3240" w:type="dxa"/>
            <w:shd w:val="clear" w:color="auto" w:fill="F3F6F9"/>
            <w:vAlign w:val="center"/>
          </w:tcPr>
          <w:p w14:paraId="3E59416A" w14:textId="77777777" w:rsidR="00114783" w:rsidRDefault="00000000">
            <w:pPr>
              <w:spacing w:after="20"/>
            </w:pPr>
            <w:r>
              <w:rPr>
                <w:b/>
                <w:color w:val="1F4E79"/>
                <w:sz w:val="17"/>
              </w:rPr>
              <w:t>Institution contact details (if known)</w:t>
            </w:r>
          </w:p>
        </w:tc>
        <w:tc>
          <w:tcPr>
            <w:tcW w:w="6696" w:type="dxa"/>
            <w:gridSpan w:val="2"/>
            <w:vAlign w:val="center"/>
          </w:tcPr>
          <w:p w14:paraId="012F4F89" w14:textId="77777777" w:rsidR="00114783" w:rsidRDefault="00000000">
            <w:pPr>
              <w:spacing w:after="20"/>
            </w:pPr>
            <w:r>
              <w:rPr>
                <w:sz w:val="17"/>
              </w:rPr>
              <w:t xml:space="preserve"> </w:t>
            </w:r>
          </w:p>
        </w:tc>
      </w:tr>
    </w:tbl>
    <w:p w14:paraId="31573914" w14:textId="77777777" w:rsidR="00114783" w:rsidRDefault="00000000">
      <w:pPr>
        <w:pBdr>
          <w:bottom w:val="single" w:sz="8" w:space="2" w:color="1F4E79"/>
        </w:pBdr>
        <w:spacing w:before="160"/>
      </w:pPr>
      <w:r>
        <w:rPr>
          <w:b/>
          <w:color w:val="1F4E79"/>
          <w:sz w:val="20"/>
        </w:rPr>
        <w:t>2. APPLICANT PERSONAL DETAILS</w:t>
      </w:r>
    </w:p>
    <w:tbl>
      <w:tblPr>
        <w:tblStyle w:val="TableGrid"/>
        <w:tblW w:w="0" w:type="auto"/>
        <w:jc w:val="center"/>
        <w:tblLook w:val="04A0" w:firstRow="1" w:lastRow="0" w:firstColumn="1" w:lastColumn="0" w:noHBand="0" w:noVBand="1"/>
      </w:tblPr>
      <w:tblGrid>
        <w:gridCol w:w="3240"/>
        <w:gridCol w:w="6696"/>
      </w:tblGrid>
      <w:tr w:rsidR="00114783" w14:paraId="223149E9" w14:textId="77777777">
        <w:trPr>
          <w:jc w:val="center"/>
        </w:trPr>
        <w:tc>
          <w:tcPr>
            <w:tcW w:w="3240" w:type="dxa"/>
            <w:shd w:val="clear" w:color="auto" w:fill="F3F6F9"/>
            <w:vAlign w:val="center"/>
          </w:tcPr>
          <w:p w14:paraId="7A358346" w14:textId="77777777" w:rsidR="00114783" w:rsidRDefault="00000000">
            <w:pPr>
              <w:spacing w:after="20"/>
            </w:pPr>
            <w:r>
              <w:rPr>
                <w:b/>
                <w:color w:val="1F4E79"/>
                <w:sz w:val="17"/>
              </w:rPr>
              <w:t>Surname</w:t>
            </w:r>
          </w:p>
        </w:tc>
        <w:tc>
          <w:tcPr>
            <w:tcW w:w="6696" w:type="dxa"/>
            <w:vAlign w:val="center"/>
          </w:tcPr>
          <w:p w14:paraId="71FA162A" w14:textId="77777777" w:rsidR="00114783" w:rsidRDefault="00000000">
            <w:pPr>
              <w:spacing w:after="20"/>
            </w:pPr>
            <w:r>
              <w:rPr>
                <w:sz w:val="17"/>
              </w:rPr>
              <w:t xml:space="preserve"> </w:t>
            </w:r>
          </w:p>
        </w:tc>
      </w:tr>
      <w:tr w:rsidR="00114783" w14:paraId="18DA2604" w14:textId="77777777">
        <w:trPr>
          <w:jc w:val="center"/>
        </w:trPr>
        <w:tc>
          <w:tcPr>
            <w:tcW w:w="3240" w:type="dxa"/>
            <w:shd w:val="clear" w:color="auto" w:fill="F3F6F9"/>
            <w:vAlign w:val="center"/>
          </w:tcPr>
          <w:p w14:paraId="57ED44D6" w14:textId="77777777" w:rsidR="00114783" w:rsidRDefault="00000000">
            <w:pPr>
              <w:spacing w:after="20"/>
            </w:pPr>
            <w:r>
              <w:rPr>
                <w:b/>
                <w:color w:val="1F4E79"/>
                <w:sz w:val="17"/>
              </w:rPr>
              <w:t>First name(s)</w:t>
            </w:r>
          </w:p>
        </w:tc>
        <w:tc>
          <w:tcPr>
            <w:tcW w:w="6696" w:type="dxa"/>
            <w:vAlign w:val="center"/>
          </w:tcPr>
          <w:p w14:paraId="4476B3BD" w14:textId="77777777" w:rsidR="00114783" w:rsidRDefault="00000000">
            <w:pPr>
              <w:spacing w:after="20"/>
            </w:pPr>
            <w:r>
              <w:rPr>
                <w:sz w:val="17"/>
              </w:rPr>
              <w:t xml:space="preserve"> </w:t>
            </w:r>
          </w:p>
        </w:tc>
      </w:tr>
      <w:tr w:rsidR="00114783" w14:paraId="6B83D89A" w14:textId="77777777">
        <w:trPr>
          <w:jc w:val="center"/>
        </w:trPr>
        <w:tc>
          <w:tcPr>
            <w:tcW w:w="3240" w:type="dxa"/>
            <w:shd w:val="clear" w:color="auto" w:fill="F3F6F9"/>
            <w:vAlign w:val="center"/>
          </w:tcPr>
          <w:p w14:paraId="03F11E74" w14:textId="77777777" w:rsidR="00114783" w:rsidRDefault="00000000">
            <w:pPr>
              <w:spacing w:after="20"/>
            </w:pPr>
            <w:r>
              <w:rPr>
                <w:b/>
                <w:color w:val="1F4E79"/>
                <w:sz w:val="17"/>
              </w:rPr>
              <w:t>Other names (if any)</w:t>
            </w:r>
          </w:p>
        </w:tc>
        <w:tc>
          <w:tcPr>
            <w:tcW w:w="6696" w:type="dxa"/>
            <w:vAlign w:val="center"/>
          </w:tcPr>
          <w:p w14:paraId="542A080E" w14:textId="77777777" w:rsidR="00114783" w:rsidRDefault="00000000">
            <w:pPr>
              <w:spacing w:after="20"/>
            </w:pPr>
            <w:r>
              <w:rPr>
                <w:sz w:val="17"/>
              </w:rPr>
              <w:t xml:space="preserve"> </w:t>
            </w:r>
          </w:p>
        </w:tc>
      </w:tr>
      <w:tr w:rsidR="00114783" w14:paraId="19E5D3D1" w14:textId="77777777">
        <w:trPr>
          <w:jc w:val="center"/>
        </w:trPr>
        <w:tc>
          <w:tcPr>
            <w:tcW w:w="3240" w:type="dxa"/>
            <w:shd w:val="clear" w:color="auto" w:fill="F3F6F9"/>
            <w:vAlign w:val="center"/>
          </w:tcPr>
          <w:p w14:paraId="3C196BC7" w14:textId="77777777" w:rsidR="00114783" w:rsidRDefault="00000000">
            <w:pPr>
              <w:spacing w:after="20"/>
            </w:pPr>
            <w:r>
              <w:rPr>
                <w:b/>
                <w:color w:val="1F4E79"/>
                <w:sz w:val="17"/>
              </w:rPr>
              <w:t>Date of birth (DD/MM/YYYY)</w:t>
            </w:r>
          </w:p>
        </w:tc>
        <w:tc>
          <w:tcPr>
            <w:tcW w:w="6696" w:type="dxa"/>
            <w:vAlign w:val="center"/>
          </w:tcPr>
          <w:p w14:paraId="3648976C" w14:textId="77777777" w:rsidR="00114783" w:rsidRDefault="00000000">
            <w:pPr>
              <w:spacing w:after="20"/>
            </w:pPr>
            <w:r>
              <w:rPr>
                <w:sz w:val="17"/>
              </w:rPr>
              <w:t xml:space="preserve"> </w:t>
            </w:r>
          </w:p>
        </w:tc>
      </w:tr>
      <w:tr w:rsidR="00114783" w14:paraId="05D28BFA" w14:textId="77777777">
        <w:trPr>
          <w:jc w:val="center"/>
        </w:trPr>
        <w:tc>
          <w:tcPr>
            <w:tcW w:w="3240" w:type="dxa"/>
            <w:shd w:val="clear" w:color="auto" w:fill="F3F6F9"/>
            <w:vAlign w:val="center"/>
          </w:tcPr>
          <w:p w14:paraId="20FBBAA4" w14:textId="77777777" w:rsidR="00114783" w:rsidRDefault="00000000">
            <w:pPr>
              <w:spacing w:after="20"/>
            </w:pPr>
            <w:r>
              <w:rPr>
                <w:b/>
                <w:color w:val="1F4E79"/>
                <w:sz w:val="17"/>
              </w:rPr>
              <w:t>Nationality</w:t>
            </w:r>
          </w:p>
        </w:tc>
        <w:tc>
          <w:tcPr>
            <w:tcW w:w="6696" w:type="dxa"/>
            <w:vAlign w:val="center"/>
          </w:tcPr>
          <w:p w14:paraId="7433E484" w14:textId="77777777" w:rsidR="00114783" w:rsidRDefault="00000000">
            <w:pPr>
              <w:spacing w:after="20"/>
            </w:pPr>
            <w:r>
              <w:rPr>
                <w:sz w:val="17"/>
              </w:rPr>
              <w:t>Congolese</w:t>
            </w:r>
          </w:p>
        </w:tc>
      </w:tr>
      <w:tr w:rsidR="00114783" w14:paraId="382446A0" w14:textId="77777777">
        <w:trPr>
          <w:jc w:val="center"/>
        </w:trPr>
        <w:tc>
          <w:tcPr>
            <w:tcW w:w="3240" w:type="dxa"/>
            <w:shd w:val="clear" w:color="auto" w:fill="F3F6F9"/>
            <w:vAlign w:val="center"/>
          </w:tcPr>
          <w:p w14:paraId="79509836" w14:textId="77777777" w:rsidR="00114783" w:rsidRDefault="00000000">
            <w:pPr>
              <w:spacing w:after="20"/>
            </w:pPr>
            <w:r>
              <w:rPr>
                <w:b/>
                <w:color w:val="1F4E79"/>
                <w:sz w:val="17"/>
              </w:rPr>
              <w:t>ID / passport number</w:t>
            </w:r>
          </w:p>
        </w:tc>
        <w:tc>
          <w:tcPr>
            <w:tcW w:w="6696" w:type="dxa"/>
            <w:vAlign w:val="center"/>
          </w:tcPr>
          <w:p w14:paraId="23EC37C5" w14:textId="77777777" w:rsidR="00114783" w:rsidRDefault="00000000">
            <w:pPr>
              <w:spacing w:after="20"/>
            </w:pPr>
            <w:r>
              <w:rPr>
                <w:sz w:val="17"/>
              </w:rPr>
              <w:t xml:space="preserve"> </w:t>
            </w:r>
          </w:p>
        </w:tc>
      </w:tr>
      <w:tr w:rsidR="00114783" w14:paraId="52898A1A" w14:textId="77777777">
        <w:trPr>
          <w:jc w:val="center"/>
        </w:trPr>
        <w:tc>
          <w:tcPr>
            <w:tcW w:w="3240" w:type="dxa"/>
            <w:shd w:val="clear" w:color="auto" w:fill="F3F6F9"/>
            <w:vAlign w:val="center"/>
          </w:tcPr>
          <w:p w14:paraId="62B63B98" w14:textId="77777777" w:rsidR="00114783" w:rsidRDefault="00000000">
            <w:pPr>
              <w:spacing w:after="20"/>
            </w:pPr>
            <w:r>
              <w:rPr>
                <w:b/>
                <w:color w:val="1F4E79"/>
                <w:sz w:val="17"/>
              </w:rPr>
              <w:t>Residential address</w:t>
            </w:r>
          </w:p>
        </w:tc>
        <w:tc>
          <w:tcPr>
            <w:tcW w:w="6696" w:type="dxa"/>
            <w:vAlign w:val="center"/>
          </w:tcPr>
          <w:p w14:paraId="04191D66" w14:textId="77777777" w:rsidR="00114783" w:rsidRDefault="00000000">
            <w:pPr>
              <w:spacing w:after="20"/>
            </w:pPr>
            <w:r>
              <w:rPr>
                <w:sz w:val="17"/>
              </w:rPr>
              <w:t xml:space="preserve"> </w:t>
            </w:r>
          </w:p>
        </w:tc>
      </w:tr>
      <w:tr w:rsidR="00114783" w14:paraId="1B7633A1" w14:textId="77777777">
        <w:trPr>
          <w:jc w:val="center"/>
        </w:trPr>
        <w:tc>
          <w:tcPr>
            <w:tcW w:w="3240" w:type="dxa"/>
            <w:shd w:val="clear" w:color="auto" w:fill="F3F6F9"/>
            <w:vAlign w:val="center"/>
          </w:tcPr>
          <w:p w14:paraId="0183DC31" w14:textId="77777777" w:rsidR="00114783" w:rsidRDefault="00000000">
            <w:pPr>
              <w:spacing w:after="20"/>
            </w:pPr>
            <w:r>
              <w:rPr>
                <w:b/>
                <w:color w:val="1F4E79"/>
                <w:sz w:val="17"/>
              </w:rPr>
              <w:t>Postal address (if different)</w:t>
            </w:r>
          </w:p>
        </w:tc>
        <w:tc>
          <w:tcPr>
            <w:tcW w:w="6696" w:type="dxa"/>
            <w:vAlign w:val="center"/>
          </w:tcPr>
          <w:p w14:paraId="3AA307FC" w14:textId="77777777" w:rsidR="00114783" w:rsidRDefault="00000000">
            <w:pPr>
              <w:spacing w:after="20"/>
            </w:pPr>
            <w:r>
              <w:rPr>
                <w:sz w:val="17"/>
              </w:rPr>
              <w:t xml:space="preserve"> </w:t>
            </w:r>
          </w:p>
        </w:tc>
      </w:tr>
      <w:tr w:rsidR="00114783" w14:paraId="736EA538" w14:textId="77777777">
        <w:trPr>
          <w:jc w:val="center"/>
        </w:trPr>
        <w:tc>
          <w:tcPr>
            <w:tcW w:w="3240" w:type="dxa"/>
            <w:shd w:val="clear" w:color="auto" w:fill="F3F6F9"/>
            <w:vAlign w:val="center"/>
          </w:tcPr>
          <w:p w14:paraId="20A767B4" w14:textId="77777777" w:rsidR="00114783" w:rsidRDefault="00000000">
            <w:pPr>
              <w:spacing w:after="20"/>
            </w:pPr>
            <w:r>
              <w:rPr>
                <w:b/>
                <w:color w:val="1F4E79"/>
                <w:sz w:val="17"/>
              </w:rPr>
              <w:t>Telephone / mobile number</w:t>
            </w:r>
          </w:p>
        </w:tc>
        <w:tc>
          <w:tcPr>
            <w:tcW w:w="6696" w:type="dxa"/>
            <w:vAlign w:val="center"/>
          </w:tcPr>
          <w:p w14:paraId="5142316B" w14:textId="77777777" w:rsidR="00114783" w:rsidRDefault="00000000">
            <w:pPr>
              <w:spacing w:after="20"/>
            </w:pPr>
            <w:r>
              <w:rPr>
                <w:sz w:val="17"/>
              </w:rPr>
              <w:t xml:space="preserve"> </w:t>
            </w:r>
          </w:p>
        </w:tc>
      </w:tr>
      <w:tr w:rsidR="00114783" w14:paraId="1DE8BD96" w14:textId="77777777">
        <w:trPr>
          <w:jc w:val="center"/>
        </w:trPr>
        <w:tc>
          <w:tcPr>
            <w:tcW w:w="3240" w:type="dxa"/>
            <w:shd w:val="clear" w:color="auto" w:fill="F3F6F9"/>
            <w:vAlign w:val="center"/>
          </w:tcPr>
          <w:p w14:paraId="76C53CE4" w14:textId="77777777" w:rsidR="00114783" w:rsidRDefault="00000000">
            <w:pPr>
              <w:spacing w:after="20"/>
            </w:pPr>
            <w:r>
              <w:rPr>
                <w:b/>
                <w:color w:val="1F4E79"/>
                <w:sz w:val="17"/>
              </w:rPr>
              <w:t>Alternative contact number</w:t>
            </w:r>
          </w:p>
        </w:tc>
        <w:tc>
          <w:tcPr>
            <w:tcW w:w="6696" w:type="dxa"/>
            <w:vAlign w:val="center"/>
          </w:tcPr>
          <w:p w14:paraId="07BDF83C" w14:textId="77777777" w:rsidR="00114783" w:rsidRDefault="00000000">
            <w:pPr>
              <w:spacing w:after="20"/>
            </w:pPr>
            <w:r>
              <w:rPr>
                <w:sz w:val="17"/>
              </w:rPr>
              <w:t xml:space="preserve"> </w:t>
            </w:r>
          </w:p>
        </w:tc>
      </w:tr>
      <w:tr w:rsidR="00114783" w14:paraId="7328FA55" w14:textId="77777777">
        <w:trPr>
          <w:jc w:val="center"/>
        </w:trPr>
        <w:tc>
          <w:tcPr>
            <w:tcW w:w="3240" w:type="dxa"/>
            <w:shd w:val="clear" w:color="auto" w:fill="F3F6F9"/>
            <w:vAlign w:val="center"/>
          </w:tcPr>
          <w:p w14:paraId="04BDE848" w14:textId="77777777" w:rsidR="00114783" w:rsidRDefault="00000000">
            <w:pPr>
              <w:spacing w:after="20"/>
            </w:pPr>
            <w:r>
              <w:rPr>
                <w:b/>
                <w:color w:val="1F4E79"/>
                <w:sz w:val="17"/>
              </w:rPr>
              <w:t>Email address</w:t>
            </w:r>
          </w:p>
        </w:tc>
        <w:tc>
          <w:tcPr>
            <w:tcW w:w="6696" w:type="dxa"/>
            <w:vAlign w:val="center"/>
          </w:tcPr>
          <w:p w14:paraId="0484BBE5" w14:textId="77777777" w:rsidR="00114783" w:rsidRDefault="00000000">
            <w:pPr>
              <w:spacing w:after="20"/>
            </w:pPr>
            <w:r>
              <w:rPr>
                <w:sz w:val="17"/>
              </w:rPr>
              <w:t xml:space="preserve"> </w:t>
            </w:r>
          </w:p>
        </w:tc>
      </w:tr>
      <w:tr w:rsidR="00114783" w14:paraId="13D357DC" w14:textId="77777777">
        <w:trPr>
          <w:jc w:val="center"/>
        </w:trPr>
        <w:tc>
          <w:tcPr>
            <w:tcW w:w="3240" w:type="dxa"/>
            <w:shd w:val="clear" w:color="auto" w:fill="F3F6F9"/>
            <w:vAlign w:val="center"/>
          </w:tcPr>
          <w:p w14:paraId="06188D49" w14:textId="77777777" w:rsidR="00114783" w:rsidRDefault="00000000">
            <w:pPr>
              <w:spacing w:after="20"/>
            </w:pPr>
            <w:r>
              <w:rPr>
                <w:b/>
                <w:color w:val="1F4E79"/>
                <w:sz w:val="17"/>
              </w:rPr>
              <w:t>Preferred method of contact</w:t>
            </w:r>
          </w:p>
        </w:tc>
        <w:tc>
          <w:tcPr>
            <w:tcW w:w="6696" w:type="dxa"/>
            <w:vAlign w:val="center"/>
          </w:tcPr>
          <w:p w14:paraId="76F0ED7A" w14:textId="77777777" w:rsidR="00114783" w:rsidRDefault="00000000">
            <w:pPr>
              <w:spacing w:after="20"/>
            </w:pPr>
            <w:r>
              <w:rPr>
                <w:sz w:val="17"/>
              </w:rPr>
              <w:t>☐ Email   ☐ Telephone</w:t>
            </w:r>
          </w:p>
        </w:tc>
      </w:tr>
    </w:tbl>
    <w:p w14:paraId="2DDE5430" w14:textId="77777777" w:rsidR="00114783" w:rsidRDefault="00000000">
      <w:pPr>
        <w:pBdr>
          <w:bottom w:val="single" w:sz="8" w:space="2" w:color="1F4E79"/>
        </w:pBdr>
        <w:spacing w:before="160"/>
      </w:pPr>
      <w:r>
        <w:rPr>
          <w:b/>
          <w:color w:val="1F4E79"/>
          <w:sz w:val="20"/>
        </w:rPr>
        <w:t>3. PARENT / GUARDIAN OR HOUSEHOLD CONTACT</w:t>
      </w:r>
    </w:p>
    <w:p w14:paraId="455070EE" w14:textId="77777777" w:rsidR="00114783" w:rsidRDefault="00000000">
      <w:r>
        <w:t>Complete this section if you are financially dependent on a parent/guardian or if their financial circumstances contribute to your ability to pay tuition. Otherwise, write “N/A”.</w:t>
      </w:r>
    </w:p>
    <w:tbl>
      <w:tblPr>
        <w:tblStyle w:val="TableGrid"/>
        <w:tblW w:w="0" w:type="auto"/>
        <w:jc w:val="center"/>
        <w:tblLook w:val="04A0" w:firstRow="1" w:lastRow="0" w:firstColumn="1" w:lastColumn="0" w:noHBand="0" w:noVBand="1"/>
      </w:tblPr>
      <w:tblGrid>
        <w:gridCol w:w="3240"/>
        <w:gridCol w:w="6696"/>
      </w:tblGrid>
      <w:tr w:rsidR="00114783" w14:paraId="54799DDE" w14:textId="77777777">
        <w:trPr>
          <w:jc w:val="center"/>
        </w:trPr>
        <w:tc>
          <w:tcPr>
            <w:tcW w:w="3240" w:type="dxa"/>
            <w:shd w:val="clear" w:color="auto" w:fill="F3F6F9"/>
            <w:vAlign w:val="center"/>
          </w:tcPr>
          <w:p w14:paraId="3A093CD8" w14:textId="77777777" w:rsidR="00114783" w:rsidRDefault="00000000">
            <w:pPr>
              <w:spacing w:after="20"/>
            </w:pPr>
            <w:r>
              <w:rPr>
                <w:b/>
                <w:color w:val="1F4E79"/>
                <w:sz w:val="17"/>
              </w:rPr>
              <w:t>Full name</w:t>
            </w:r>
          </w:p>
        </w:tc>
        <w:tc>
          <w:tcPr>
            <w:tcW w:w="6696" w:type="dxa"/>
            <w:vAlign w:val="center"/>
          </w:tcPr>
          <w:p w14:paraId="0F6FF0E8" w14:textId="77777777" w:rsidR="00114783" w:rsidRDefault="00000000">
            <w:pPr>
              <w:spacing w:after="20"/>
            </w:pPr>
            <w:r>
              <w:rPr>
                <w:sz w:val="17"/>
              </w:rPr>
              <w:t xml:space="preserve"> </w:t>
            </w:r>
          </w:p>
        </w:tc>
      </w:tr>
      <w:tr w:rsidR="00114783" w14:paraId="3129B7A0" w14:textId="77777777">
        <w:trPr>
          <w:jc w:val="center"/>
        </w:trPr>
        <w:tc>
          <w:tcPr>
            <w:tcW w:w="3240" w:type="dxa"/>
            <w:shd w:val="clear" w:color="auto" w:fill="F3F6F9"/>
            <w:vAlign w:val="center"/>
          </w:tcPr>
          <w:p w14:paraId="58AA2038" w14:textId="77777777" w:rsidR="00114783" w:rsidRDefault="00000000">
            <w:pPr>
              <w:spacing w:after="20"/>
            </w:pPr>
            <w:r>
              <w:rPr>
                <w:b/>
                <w:color w:val="1F4E79"/>
                <w:sz w:val="17"/>
              </w:rPr>
              <w:t>Relationship to applicant</w:t>
            </w:r>
          </w:p>
        </w:tc>
        <w:tc>
          <w:tcPr>
            <w:tcW w:w="6696" w:type="dxa"/>
            <w:vAlign w:val="center"/>
          </w:tcPr>
          <w:p w14:paraId="11A2E4A1" w14:textId="77777777" w:rsidR="00114783" w:rsidRDefault="00000000">
            <w:pPr>
              <w:spacing w:after="20"/>
            </w:pPr>
            <w:r>
              <w:rPr>
                <w:sz w:val="17"/>
              </w:rPr>
              <w:t xml:space="preserve"> </w:t>
            </w:r>
          </w:p>
        </w:tc>
      </w:tr>
      <w:tr w:rsidR="00114783" w14:paraId="0D18F5CE" w14:textId="77777777">
        <w:trPr>
          <w:jc w:val="center"/>
        </w:trPr>
        <w:tc>
          <w:tcPr>
            <w:tcW w:w="3240" w:type="dxa"/>
            <w:shd w:val="clear" w:color="auto" w:fill="F3F6F9"/>
            <w:vAlign w:val="center"/>
          </w:tcPr>
          <w:p w14:paraId="28764560" w14:textId="77777777" w:rsidR="00114783" w:rsidRDefault="00000000">
            <w:pPr>
              <w:spacing w:after="20"/>
            </w:pPr>
            <w:r>
              <w:rPr>
                <w:b/>
                <w:color w:val="1F4E79"/>
                <w:sz w:val="17"/>
              </w:rPr>
              <w:t>Occupation / employment status</w:t>
            </w:r>
          </w:p>
        </w:tc>
        <w:tc>
          <w:tcPr>
            <w:tcW w:w="6696" w:type="dxa"/>
            <w:vAlign w:val="center"/>
          </w:tcPr>
          <w:p w14:paraId="5C503BF4" w14:textId="77777777" w:rsidR="00114783" w:rsidRDefault="00000000">
            <w:pPr>
              <w:spacing w:after="20"/>
            </w:pPr>
            <w:r>
              <w:rPr>
                <w:sz w:val="17"/>
              </w:rPr>
              <w:t xml:space="preserve"> </w:t>
            </w:r>
          </w:p>
        </w:tc>
      </w:tr>
      <w:tr w:rsidR="00114783" w14:paraId="64A0FFA5" w14:textId="77777777">
        <w:trPr>
          <w:jc w:val="center"/>
        </w:trPr>
        <w:tc>
          <w:tcPr>
            <w:tcW w:w="3240" w:type="dxa"/>
            <w:shd w:val="clear" w:color="auto" w:fill="F3F6F9"/>
            <w:vAlign w:val="center"/>
          </w:tcPr>
          <w:p w14:paraId="119AA479" w14:textId="77777777" w:rsidR="00114783" w:rsidRDefault="00000000">
            <w:pPr>
              <w:spacing w:after="20"/>
            </w:pPr>
            <w:r>
              <w:rPr>
                <w:b/>
                <w:color w:val="1F4E79"/>
                <w:sz w:val="17"/>
              </w:rPr>
              <w:t>Telephone number</w:t>
            </w:r>
          </w:p>
        </w:tc>
        <w:tc>
          <w:tcPr>
            <w:tcW w:w="6696" w:type="dxa"/>
            <w:vAlign w:val="center"/>
          </w:tcPr>
          <w:p w14:paraId="74A4781E" w14:textId="77777777" w:rsidR="00114783" w:rsidRDefault="00000000">
            <w:pPr>
              <w:spacing w:after="20"/>
            </w:pPr>
            <w:r>
              <w:rPr>
                <w:sz w:val="17"/>
              </w:rPr>
              <w:t xml:space="preserve"> </w:t>
            </w:r>
          </w:p>
        </w:tc>
      </w:tr>
      <w:tr w:rsidR="00114783" w14:paraId="3E0BC36D" w14:textId="77777777">
        <w:trPr>
          <w:jc w:val="center"/>
        </w:trPr>
        <w:tc>
          <w:tcPr>
            <w:tcW w:w="3240" w:type="dxa"/>
            <w:shd w:val="clear" w:color="auto" w:fill="F3F6F9"/>
            <w:vAlign w:val="center"/>
          </w:tcPr>
          <w:p w14:paraId="0F7C5AC0" w14:textId="77777777" w:rsidR="00114783" w:rsidRDefault="00000000">
            <w:pPr>
              <w:spacing w:after="20"/>
            </w:pPr>
            <w:r>
              <w:rPr>
                <w:b/>
                <w:color w:val="1F4E79"/>
                <w:sz w:val="17"/>
              </w:rPr>
              <w:t>Email address</w:t>
            </w:r>
          </w:p>
        </w:tc>
        <w:tc>
          <w:tcPr>
            <w:tcW w:w="6696" w:type="dxa"/>
            <w:vAlign w:val="center"/>
          </w:tcPr>
          <w:p w14:paraId="30B22A41" w14:textId="77777777" w:rsidR="00114783" w:rsidRDefault="00000000">
            <w:pPr>
              <w:spacing w:after="20"/>
            </w:pPr>
            <w:r>
              <w:rPr>
                <w:sz w:val="17"/>
              </w:rPr>
              <w:t xml:space="preserve"> </w:t>
            </w:r>
          </w:p>
        </w:tc>
      </w:tr>
      <w:tr w:rsidR="00114783" w14:paraId="2F42FF41" w14:textId="77777777">
        <w:trPr>
          <w:jc w:val="center"/>
        </w:trPr>
        <w:tc>
          <w:tcPr>
            <w:tcW w:w="3240" w:type="dxa"/>
            <w:shd w:val="clear" w:color="auto" w:fill="F3F6F9"/>
            <w:vAlign w:val="center"/>
          </w:tcPr>
          <w:p w14:paraId="6454EED5" w14:textId="77777777" w:rsidR="00114783" w:rsidRDefault="00000000">
            <w:pPr>
              <w:spacing w:after="20"/>
            </w:pPr>
            <w:r>
              <w:rPr>
                <w:b/>
                <w:color w:val="1F4E79"/>
                <w:sz w:val="17"/>
              </w:rPr>
              <w:t>Residential area / city</w:t>
            </w:r>
          </w:p>
        </w:tc>
        <w:tc>
          <w:tcPr>
            <w:tcW w:w="6696" w:type="dxa"/>
            <w:vAlign w:val="center"/>
          </w:tcPr>
          <w:p w14:paraId="295B5119" w14:textId="77777777" w:rsidR="00114783" w:rsidRDefault="00000000">
            <w:pPr>
              <w:spacing w:after="20"/>
            </w:pPr>
            <w:r>
              <w:rPr>
                <w:sz w:val="17"/>
              </w:rPr>
              <w:t xml:space="preserve"> </w:t>
            </w:r>
          </w:p>
        </w:tc>
      </w:tr>
    </w:tbl>
    <w:p w14:paraId="38472BEB" w14:textId="77777777" w:rsidR="00114783" w:rsidRDefault="00000000">
      <w:pPr>
        <w:pBdr>
          <w:bottom w:val="single" w:sz="8" w:space="2" w:color="1F4E79"/>
        </w:pBdr>
        <w:spacing w:before="160"/>
      </w:pPr>
      <w:r>
        <w:rPr>
          <w:b/>
          <w:color w:val="1F4E79"/>
          <w:sz w:val="20"/>
        </w:rPr>
        <w:t>4. FINANCIAL CIRCUMSTANCES</w:t>
      </w:r>
    </w:p>
    <w:p w14:paraId="1D6C9EE7" w14:textId="77777777" w:rsidR="00114783" w:rsidRDefault="00000000">
      <w:r>
        <w:t>This information is requested to help assess financial need. Provide the best estimate available and attach supporting evidence where possible. If an amount is unknown, write “Unknown”.</w:t>
      </w:r>
    </w:p>
    <w:tbl>
      <w:tblPr>
        <w:tblStyle w:val="TableGrid"/>
        <w:tblW w:w="0" w:type="auto"/>
        <w:jc w:val="center"/>
        <w:tblLook w:val="04A0" w:firstRow="1" w:lastRow="0" w:firstColumn="1" w:lastColumn="0" w:noHBand="0" w:noVBand="1"/>
      </w:tblPr>
      <w:tblGrid>
        <w:gridCol w:w="3240"/>
        <w:gridCol w:w="6696"/>
      </w:tblGrid>
      <w:tr w:rsidR="00114783" w14:paraId="1D9C7DF8" w14:textId="77777777">
        <w:trPr>
          <w:jc w:val="center"/>
        </w:trPr>
        <w:tc>
          <w:tcPr>
            <w:tcW w:w="3240" w:type="dxa"/>
            <w:shd w:val="clear" w:color="auto" w:fill="F3F6F9"/>
            <w:vAlign w:val="center"/>
          </w:tcPr>
          <w:p w14:paraId="6B18D729" w14:textId="77777777" w:rsidR="00114783" w:rsidRDefault="00000000">
            <w:pPr>
              <w:spacing w:after="20"/>
            </w:pPr>
            <w:r>
              <w:rPr>
                <w:b/>
                <w:color w:val="1F4E79"/>
                <w:sz w:val="17"/>
              </w:rPr>
              <w:t>Applicant employment status</w:t>
            </w:r>
          </w:p>
        </w:tc>
        <w:tc>
          <w:tcPr>
            <w:tcW w:w="6696" w:type="dxa"/>
            <w:vAlign w:val="center"/>
          </w:tcPr>
          <w:p w14:paraId="33033888" w14:textId="77777777" w:rsidR="00114783" w:rsidRDefault="00000000">
            <w:pPr>
              <w:spacing w:after="20"/>
            </w:pPr>
            <w:r>
              <w:rPr>
                <w:sz w:val="17"/>
              </w:rPr>
              <w:t>☐ Employed   ☐ Self-employed   ☐ Unemployed   ☐ Other: __________</w:t>
            </w:r>
          </w:p>
        </w:tc>
      </w:tr>
      <w:tr w:rsidR="00114783" w14:paraId="65895A3E" w14:textId="77777777">
        <w:trPr>
          <w:jc w:val="center"/>
        </w:trPr>
        <w:tc>
          <w:tcPr>
            <w:tcW w:w="3240" w:type="dxa"/>
            <w:shd w:val="clear" w:color="auto" w:fill="F3F6F9"/>
            <w:vAlign w:val="center"/>
          </w:tcPr>
          <w:p w14:paraId="17994E4A" w14:textId="77777777" w:rsidR="00114783" w:rsidRDefault="00000000">
            <w:pPr>
              <w:spacing w:after="20"/>
            </w:pPr>
            <w:r>
              <w:rPr>
                <w:b/>
                <w:color w:val="1F4E79"/>
                <w:sz w:val="17"/>
              </w:rPr>
              <w:t>Applicant's approximate monthly income (currency)</w:t>
            </w:r>
          </w:p>
        </w:tc>
        <w:tc>
          <w:tcPr>
            <w:tcW w:w="6696" w:type="dxa"/>
            <w:vAlign w:val="center"/>
          </w:tcPr>
          <w:p w14:paraId="6F5D3363" w14:textId="77777777" w:rsidR="00114783" w:rsidRDefault="00000000">
            <w:pPr>
              <w:spacing w:after="20"/>
            </w:pPr>
            <w:r>
              <w:rPr>
                <w:sz w:val="17"/>
              </w:rPr>
              <w:t xml:space="preserve"> </w:t>
            </w:r>
          </w:p>
        </w:tc>
      </w:tr>
      <w:tr w:rsidR="00114783" w14:paraId="70766D88" w14:textId="77777777">
        <w:trPr>
          <w:jc w:val="center"/>
        </w:trPr>
        <w:tc>
          <w:tcPr>
            <w:tcW w:w="3240" w:type="dxa"/>
            <w:shd w:val="clear" w:color="auto" w:fill="F3F6F9"/>
            <w:vAlign w:val="center"/>
          </w:tcPr>
          <w:p w14:paraId="6157F156" w14:textId="77777777" w:rsidR="00114783" w:rsidRDefault="00000000">
            <w:pPr>
              <w:spacing w:after="20"/>
            </w:pPr>
            <w:r>
              <w:rPr>
                <w:b/>
                <w:color w:val="1F4E79"/>
                <w:sz w:val="17"/>
              </w:rPr>
              <w:t>Parent / guardian employment status (if applicable)</w:t>
            </w:r>
          </w:p>
        </w:tc>
        <w:tc>
          <w:tcPr>
            <w:tcW w:w="6696" w:type="dxa"/>
            <w:vAlign w:val="center"/>
          </w:tcPr>
          <w:p w14:paraId="05D250E7" w14:textId="77777777" w:rsidR="00114783" w:rsidRDefault="00000000">
            <w:pPr>
              <w:spacing w:after="20"/>
            </w:pPr>
            <w:r>
              <w:rPr>
                <w:sz w:val="17"/>
              </w:rPr>
              <w:t xml:space="preserve"> </w:t>
            </w:r>
          </w:p>
        </w:tc>
      </w:tr>
      <w:tr w:rsidR="00114783" w14:paraId="1D1DCB6C" w14:textId="77777777">
        <w:trPr>
          <w:jc w:val="center"/>
        </w:trPr>
        <w:tc>
          <w:tcPr>
            <w:tcW w:w="3240" w:type="dxa"/>
            <w:shd w:val="clear" w:color="auto" w:fill="F3F6F9"/>
            <w:vAlign w:val="center"/>
          </w:tcPr>
          <w:p w14:paraId="0A54DC6B" w14:textId="77777777" w:rsidR="00114783" w:rsidRDefault="00000000">
            <w:pPr>
              <w:spacing w:after="20"/>
            </w:pPr>
            <w:r>
              <w:rPr>
                <w:b/>
                <w:color w:val="1F4E79"/>
                <w:sz w:val="17"/>
              </w:rPr>
              <w:t>Approximate total monthly household income (currency)</w:t>
            </w:r>
          </w:p>
        </w:tc>
        <w:tc>
          <w:tcPr>
            <w:tcW w:w="6696" w:type="dxa"/>
            <w:vAlign w:val="center"/>
          </w:tcPr>
          <w:p w14:paraId="74989876" w14:textId="77777777" w:rsidR="00114783" w:rsidRDefault="00000000">
            <w:pPr>
              <w:spacing w:after="20"/>
            </w:pPr>
            <w:r>
              <w:rPr>
                <w:sz w:val="17"/>
              </w:rPr>
              <w:t xml:space="preserve"> </w:t>
            </w:r>
          </w:p>
        </w:tc>
      </w:tr>
      <w:tr w:rsidR="00114783" w14:paraId="2BAC07EA" w14:textId="77777777">
        <w:trPr>
          <w:jc w:val="center"/>
        </w:trPr>
        <w:tc>
          <w:tcPr>
            <w:tcW w:w="3240" w:type="dxa"/>
            <w:shd w:val="clear" w:color="auto" w:fill="F3F6F9"/>
            <w:vAlign w:val="center"/>
          </w:tcPr>
          <w:p w14:paraId="1B11BF16" w14:textId="77777777" w:rsidR="00114783" w:rsidRDefault="00000000">
            <w:pPr>
              <w:spacing w:after="20"/>
            </w:pPr>
            <w:r>
              <w:rPr>
                <w:b/>
                <w:color w:val="1F4E79"/>
                <w:sz w:val="17"/>
              </w:rPr>
              <w:t>Number of people financially supported by the household</w:t>
            </w:r>
          </w:p>
        </w:tc>
        <w:tc>
          <w:tcPr>
            <w:tcW w:w="6696" w:type="dxa"/>
            <w:vAlign w:val="center"/>
          </w:tcPr>
          <w:p w14:paraId="12DC6219" w14:textId="77777777" w:rsidR="00114783" w:rsidRDefault="00000000">
            <w:pPr>
              <w:spacing w:after="20"/>
            </w:pPr>
            <w:r>
              <w:rPr>
                <w:sz w:val="17"/>
              </w:rPr>
              <w:t xml:space="preserve"> </w:t>
            </w:r>
          </w:p>
        </w:tc>
      </w:tr>
      <w:tr w:rsidR="00114783" w14:paraId="5BBAC5D3" w14:textId="77777777">
        <w:trPr>
          <w:jc w:val="center"/>
        </w:trPr>
        <w:tc>
          <w:tcPr>
            <w:tcW w:w="3240" w:type="dxa"/>
            <w:shd w:val="clear" w:color="auto" w:fill="F3F6F9"/>
            <w:vAlign w:val="center"/>
          </w:tcPr>
          <w:p w14:paraId="01B863A5" w14:textId="77777777" w:rsidR="00114783" w:rsidRDefault="00000000">
            <w:pPr>
              <w:spacing w:after="20"/>
            </w:pPr>
            <w:r>
              <w:rPr>
                <w:b/>
                <w:color w:val="1F4E79"/>
                <w:sz w:val="17"/>
              </w:rPr>
              <w:t xml:space="preserve">Other sources of financial support (if </w:t>
            </w:r>
            <w:r>
              <w:rPr>
                <w:b/>
                <w:color w:val="1F4E79"/>
                <w:sz w:val="17"/>
              </w:rPr>
              <w:lastRenderedPageBreak/>
              <w:t>any)</w:t>
            </w:r>
          </w:p>
        </w:tc>
        <w:tc>
          <w:tcPr>
            <w:tcW w:w="6696" w:type="dxa"/>
            <w:vAlign w:val="center"/>
          </w:tcPr>
          <w:p w14:paraId="19D356EF" w14:textId="77777777" w:rsidR="00114783" w:rsidRDefault="00000000">
            <w:pPr>
              <w:spacing w:after="20"/>
            </w:pPr>
            <w:r>
              <w:rPr>
                <w:sz w:val="17"/>
              </w:rPr>
              <w:lastRenderedPageBreak/>
              <w:t xml:space="preserve"> </w:t>
            </w:r>
          </w:p>
        </w:tc>
      </w:tr>
      <w:tr w:rsidR="00114783" w14:paraId="2389E512" w14:textId="77777777">
        <w:trPr>
          <w:jc w:val="center"/>
        </w:trPr>
        <w:tc>
          <w:tcPr>
            <w:tcW w:w="3240" w:type="dxa"/>
            <w:shd w:val="clear" w:color="auto" w:fill="F3F6F9"/>
            <w:vAlign w:val="center"/>
          </w:tcPr>
          <w:p w14:paraId="27440692" w14:textId="77777777" w:rsidR="00114783" w:rsidRDefault="00000000">
            <w:pPr>
              <w:spacing w:after="20"/>
            </w:pPr>
            <w:r>
              <w:rPr>
                <w:b/>
                <w:color w:val="1F4E79"/>
                <w:sz w:val="17"/>
              </w:rPr>
              <w:t>Briefly explain the financial circumstances affecting your ability to pay tuition</w:t>
            </w:r>
          </w:p>
        </w:tc>
        <w:tc>
          <w:tcPr>
            <w:tcW w:w="6696" w:type="dxa"/>
            <w:vAlign w:val="center"/>
          </w:tcPr>
          <w:p w14:paraId="77BCDD7C" w14:textId="77777777" w:rsidR="00114783" w:rsidRDefault="00000000">
            <w:pPr>
              <w:spacing w:after="20"/>
            </w:pPr>
            <w:r>
              <w:rPr>
                <w:sz w:val="17"/>
              </w:rPr>
              <w:br/>
            </w:r>
            <w:r>
              <w:rPr>
                <w:sz w:val="17"/>
              </w:rPr>
              <w:br/>
            </w:r>
            <w:r>
              <w:rPr>
                <w:sz w:val="17"/>
              </w:rPr>
              <w:br/>
            </w:r>
          </w:p>
        </w:tc>
      </w:tr>
      <w:tr w:rsidR="00114783" w14:paraId="74EDE93B" w14:textId="77777777">
        <w:trPr>
          <w:jc w:val="center"/>
        </w:trPr>
        <w:tc>
          <w:tcPr>
            <w:tcW w:w="3240" w:type="dxa"/>
            <w:shd w:val="clear" w:color="auto" w:fill="F3F6F9"/>
            <w:vAlign w:val="center"/>
          </w:tcPr>
          <w:p w14:paraId="7C25A34D" w14:textId="77777777" w:rsidR="00114783" w:rsidRDefault="00000000">
            <w:pPr>
              <w:spacing w:after="20"/>
            </w:pPr>
            <w:r>
              <w:rPr>
                <w:b/>
                <w:color w:val="1F4E79"/>
                <w:sz w:val="17"/>
              </w:rPr>
              <w:t>Have you applied for other bursaries / scholarships?</w:t>
            </w:r>
          </w:p>
        </w:tc>
        <w:tc>
          <w:tcPr>
            <w:tcW w:w="6696" w:type="dxa"/>
            <w:vAlign w:val="center"/>
          </w:tcPr>
          <w:p w14:paraId="4AF6B0EA" w14:textId="77777777" w:rsidR="00114783" w:rsidRDefault="00000000">
            <w:pPr>
              <w:spacing w:after="20"/>
            </w:pPr>
            <w:r>
              <w:rPr>
                <w:sz w:val="17"/>
              </w:rPr>
              <w:t>☐ Yes   ☐ No</w:t>
            </w:r>
          </w:p>
        </w:tc>
      </w:tr>
      <w:tr w:rsidR="00114783" w14:paraId="77E8F082" w14:textId="77777777">
        <w:trPr>
          <w:jc w:val="center"/>
        </w:trPr>
        <w:tc>
          <w:tcPr>
            <w:tcW w:w="3240" w:type="dxa"/>
            <w:shd w:val="clear" w:color="auto" w:fill="F3F6F9"/>
            <w:vAlign w:val="center"/>
          </w:tcPr>
          <w:p w14:paraId="66196FAC" w14:textId="77777777" w:rsidR="00114783" w:rsidRDefault="00000000">
            <w:pPr>
              <w:spacing w:after="20"/>
            </w:pPr>
            <w:r>
              <w:rPr>
                <w:b/>
                <w:color w:val="1F4E79"/>
                <w:sz w:val="17"/>
              </w:rPr>
              <w:t>If yes, name the funder and indicate the outcome / amount</w:t>
            </w:r>
          </w:p>
        </w:tc>
        <w:tc>
          <w:tcPr>
            <w:tcW w:w="6696" w:type="dxa"/>
            <w:vAlign w:val="center"/>
          </w:tcPr>
          <w:p w14:paraId="78DE0168" w14:textId="77777777" w:rsidR="00114783" w:rsidRDefault="00000000">
            <w:pPr>
              <w:spacing w:after="20"/>
            </w:pPr>
            <w:r>
              <w:rPr>
                <w:sz w:val="17"/>
              </w:rPr>
              <w:br/>
            </w:r>
            <w:r>
              <w:rPr>
                <w:sz w:val="17"/>
              </w:rPr>
              <w:br/>
            </w:r>
          </w:p>
        </w:tc>
      </w:tr>
    </w:tbl>
    <w:p w14:paraId="3E5FA3A3" w14:textId="77777777" w:rsidR="00114783" w:rsidRDefault="00000000">
      <w:pPr>
        <w:pBdr>
          <w:bottom w:val="single" w:sz="8" w:space="2" w:color="1F4E79"/>
        </w:pBdr>
        <w:spacing w:before="160"/>
      </w:pPr>
      <w:r>
        <w:rPr>
          <w:b/>
          <w:color w:val="1F4E79"/>
          <w:sz w:val="20"/>
        </w:rPr>
        <w:t>5. TUITION COSTS AND FUNDING REQUESTED</w:t>
      </w:r>
    </w:p>
    <w:p w14:paraId="76157A28" w14:textId="77777777" w:rsidR="00114783" w:rsidRDefault="00000000">
      <w:r>
        <w:t>Enter amounts in the currency shown on your institution’s official fee statement. This bursary covers tuition and eligible tuition charges only.</w:t>
      </w:r>
    </w:p>
    <w:tbl>
      <w:tblPr>
        <w:tblStyle w:val="TableGrid"/>
        <w:tblW w:w="0" w:type="auto"/>
        <w:jc w:val="center"/>
        <w:tblLook w:val="04A0" w:firstRow="1" w:lastRow="0" w:firstColumn="1" w:lastColumn="0" w:noHBand="0" w:noVBand="1"/>
      </w:tblPr>
      <w:tblGrid>
        <w:gridCol w:w="3240"/>
        <w:gridCol w:w="6696"/>
      </w:tblGrid>
      <w:tr w:rsidR="00114783" w14:paraId="51231712" w14:textId="77777777">
        <w:trPr>
          <w:jc w:val="center"/>
        </w:trPr>
        <w:tc>
          <w:tcPr>
            <w:tcW w:w="3240" w:type="dxa"/>
            <w:shd w:val="clear" w:color="auto" w:fill="F3F6F9"/>
            <w:vAlign w:val="center"/>
          </w:tcPr>
          <w:p w14:paraId="30FC377C" w14:textId="1BBC652A" w:rsidR="00114783" w:rsidRDefault="00000000">
            <w:pPr>
              <w:spacing w:after="20"/>
            </w:pPr>
            <w:r>
              <w:rPr>
                <w:b/>
                <w:color w:val="1F4E79"/>
                <w:sz w:val="17"/>
              </w:rPr>
              <w:t>Currency (e.g. ZAR)</w:t>
            </w:r>
          </w:p>
        </w:tc>
        <w:tc>
          <w:tcPr>
            <w:tcW w:w="6696" w:type="dxa"/>
            <w:vAlign w:val="center"/>
          </w:tcPr>
          <w:p w14:paraId="56E959B3" w14:textId="77777777" w:rsidR="00114783" w:rsidRDefault="00000000">
            <w:pPr>
              <w:spacing w:after="20"/>
            </w:pPr>
            <w:r>
              <w:rPr>
                <w:sz w:val="17"/>
              </w:rPr>
              <w:t xml:space="preserve"> </w:t>
            </w:r>
          </w:p>
        </w:tc>
      </w:tr>
      <w:tr w:rsidR="00114783" w14:paraId="5CA85E51" w14:textId="77777777">
        <w:trPr>
          <w:jc w:val="center"/>
        </w:trPr>
        <w:tc>
          <w:tcPr>
            <w:tcW w:w="3240" w:type="dxa"/>
            <w:shd w:val="clear" w:color="auto" w:fill="F3F6F9"/>
            <w:vAlign w:val="center"/>
          </w:tcPr>
          <w:p w14:paraId="4A38EEB9" w14:textId="77777777" w:rsidR="00114783" w:rsidRDefault="00000000">
            <w:pPr>
              <w:spacing w:after="20"/>
            </w:pPr>
            <w:r>
              <w:rPr>
                <w:b/>
                <w:color w:val="1F4E79"/>
                <w:sz w:val="17"/>
              </w:rPr>
              <w:t>Total tuition fees for the current academic year</w:t>
            </w:r>
          </w:p>
        </w:tc>
        <w:tc>
          <w:tcPr>
            <w:tcW w:w="6696" w:type="dxa"/>
            <w:vAlign w:val="center"/>
          </w:tcPr>
          <w:p w14:paraId="052AF93D" w14:textId="77777777" w:rsidR="00114783" w:rsidRDefault="00000000">
            <w:pPr>
              <w:spacing w:after="20"/>
            </w:pPr>
            <w:r>
              <w:rPr>
                <w:sz w:val="17"/>
              </w:rPr>
              <w:t xml:space="preserve"> </w:t>
            </w:r>
          </w:p>
        </w:tc>
      </w:tr>
      <w:tr w:rsidR="00114783" w14:paraId="7A0902A2" w14:textId="77777777">
        <w:trPr>
          <w:jc w:val="center"/>
        </w:trPr>
        <w:tc>
          <w:tcPr>
            <w:tcW w:w="3240" w:type="dxa"/>
            <w:shd w:val="clear" w:color="auto" w:fill="F3F6F9"/>
            <w:vAlign w:val="center"/>
          </w:tcPr>
          <w:p w14:paraId="42373C5E" w14:textId="77777777" w:rsidR="00114783" w:rsidRDefault="00000000">
            <w:pPr>
              <w:spacing w:after="20"/>
            </w:pPr>
            <w:r>
              <w:rPr>
                <w:b/>
                <w:color w:val="1F4E79"/>
                <w:sz w:val="17"/>
              </w:rPr>
              <w:t>Tuition amount already paid</w:t>
            </w:r>
          </w:p>
        </w:tc>
        <w:tc>
          <w:tcPr>
            <w:tcW w:w="6696" w:type="dxa"/>
            <w:vAlign w:val="center"/>
          </w:tcPr>
          <w:p w14:paraId="5C13AE0D" w14:textId="77777777" w:rsidR="00114783" w:rsidRDefault="00000000">
            <w:pPr>
              <w:spacing w:after="20"/>
            </w:pPr>
            <w:r>
              <w:rPr>
                <w:sz w:val="17"/>
              </w:rPr>
              <w:t xml:space="preserve"> </w:t>
            </w:r>
          </w:p>
        </w:tc>
      </w:tr>
      <w:tr w:rsidR="00114783" w14:paraId="2259F87D" w14:textId="77777777">
        <w:trPr>
          <w:jc w:val="center"/>
        </w:trPr>
        <w:tc>
          <w:tcPr>
            <w:tcW w:w="3240" w:type="dxa"/>
            <w:shd w:val="clear" w:color="auto" w:fill="F3F6F9"/>
            <w:vAlign w:val="center"/>
          </w:tcPr>
          <w:p w14:paraId="46B6FFDB" w14:textId="77777777" w:rsidR="00114783" w:rsidRDefault="00000000">
            <w:pPr>
              <w:spacing w:after="20"/>
            </w:pPr>
            <w:r>
              <w:rPr>
                <w:b/>
                <w:color w:val="1F4E79"/>
                <w:sz w:val="17"/>
              </w:rPr>
              <w:t>Tuition amount covered by another bursary / sponsor</w:t>
            </w:r>
          </w:p>
        </w:tc>
        <w:tc>
          <w:tcPr>
            <w:tcW w:w="6696" w:type="dxa"/>
            <w:vAlign w:val="center"/>
          </w:tcPr>
          <w:p w14:paraId="758249E6" w14:textId="77777777" w:rsidR="00114783" w:rsidRDefault="00000000">
            <w:pPr>
              <w:spacing w:after="20"/>
            </w:pPr>
            <w:r>
              <w:rPr>
                <w:sz w:val="17"/>
              </w:rPr>
              <w:t xml:space="preserve"> </w:t>
            </w:r>
          </w:p>
        </w:tc>
      </w:tr>
      <w:tr w:rsidR="00114783" w14:paraId="5BDBB3C3" w14:textId="77777777">
        <w:trPr>
          <w:jc w:val="center"/>
        </w:trPr>
        <w:tc>
          <w:tcPr>
            <w:tcW w:w="3240" w:type="dxa"/>
            <w:shd w:val="clear" w:color="auto" w:fill="F3F6F9"/>
            <w:vAlign w:val="center"/>
          </w:tcPr>
          <w:p w14:paraId="709E97AB" w14:textId="77777777" w:rsidR="00114783" w:rsidRDefault="00000000">
            <w:pPr>
              <w:spacing w:after="20"/>
            </w:pPr>
            <w:r>
              <w:rPr>
                <w:b/>
                <w:color w:val="1F4E79"/>
                <w:sz w:val="17"/>
              </w:rPr>
              <w:t>Outstanding tuition balance</w:t>
            </w:r>
          </w:p>
        </w:tc>
        <w:tc>
          <w:tcPr>
            <w:tcW w:w="6696" w:type="dxa"/>
            <w:vAlign w:val="center"/>
          </w:tcPr>
          <w:p w14:paraId="0F2D672C" w14:textId="77777777" w:rsidR="00114783" w:rsidRDefault="00000000">
            <w:pPr>
              <w:spacing w:after="20"/>
            </w:pPr>
            <w:r>
              <w:rPr>
                <w:sz w:val="17"/>
              </w:rPr>
              <w:t xml:space="preserve"> </w:t>
            </w:r>
          </w:p>
        </w:tc>
      </w:tr>
      <w:tr w:rsidR="00114783" w14:paraId="3C8AB49B" w14:textId="77777777">
        <w:trPr>
          <w:jc w:val="center"/>
        </w:trPr>
        <w:tc>
          <w:tcPr>
            <w:tcW w:w="3240" w:type="dxa"/>
            <w:shd w:val="clear" w:color="auto" w:fill="F3F6F9"/>
            <w:vAlign w:val="center"/>
          </w:tcPr>
          <w:p w14:paraId="168C2333" w14:textId="77777777" w:rsidR="00114783" w:rsidRDefault="00000000">
            <w:pPr>
              <w:spacing w:after="20"/>
            </w:pPr>
            <w:r>
              <w:rPr>
                <w:b/>
                <w:color w:val="1F4E79"/>
                <w:sz w:val="17"/>
              </w:rPr>
              <w:t>Amount requested from ELOHIM Scholarship Fund</w:t>
            </w:r>
          </w:p>
        </w:tc>
        <w:tc>
          <w:tcPr>
            <w:tcW w:w="6696" w:type="dxa"/>
            <w:vAlign w:val="center"/>
          </w:tcPr>
          <w:p w14:paraId="192F0976" w14:textId="77777777" w:rsidR="00114783" w:rsidRDefault="00000000">
            <w:pPr>
              <w:spacing w:after="20"/>
            </w:pPr>
            <w:r>
              <w:rPr>
                <w:sz w:val="17"/>
              </w:rPr>
              <w:t xml:space="preserve"> </w:t>
            </w:r>
          </w:p>
        </w:tc>
      </w:tr>
      <w:tr w:rsidR="00114783" w14:paraId="2CEAB436" w14:textId="77777777">
        <w:trPr>
          <w:jc w:val="center"/>
        </w:trPr>
        <w:tc>
          <w:tcPr>
            <w:tcW w:w="3240" w:type="dxa"/>
            <w:shd w:val="clear" w:color="auto" w:fill="F3F6F9"/>
            <w:vAlign w:val="center"/>
          </w:tcPr>
          <w:p w14:paraId="303F75C0" w14:textId="77777777" w:rsidR="00114783" w:rsidRDefault="00000000">
            <w:pPr>
              <w:spacing w:after="20"/>
            </w:pPr>
            <w:r>
              <w:rPr>
                <w:b/>
                <w:color w:val="1F4E79"/>
                <w:sz w:val="17"/>
              </w:rPr>
              <w:t>Payment deadline stated by institution</w:t>
            </w:r>
          </w:p>
        </w:tc>
        <w:tc>
          <w:tcPr>
            <w:tcW w:w="6696" w:type="dxa"/>
            <w:vAlign w:val="center"/>
          </w:tcPr>
          <w:p w14:paraId="0D951F9E" w14:textId="77777777" w:rsidR="00114783" w:rsidRDefault="00000000">
            <w:pPr>
              <w:spacing w:after="20"/>
            </w:pPr>
            <w:r>
              <w:rPr>
                <w:sz w:val="17"/>
              </w:rPr>
              <w:t xml:space="preserve"> </w:t>
            </w:r>
          </w:p>
        </w:tc>
      </w:tr>
      <w:tr w:rsidR="00114783" w14:paraId="6765BB2D" w14:textId="77777777">
        <w:trPr>
          <w:jc w:val="center"/>
        </w:trPr>
        <w:tc>
          <w:tcPr>
            <w:tcW w:w="3240" w:type="dxa"/>
            <w:shd w:val="clear" w:color="auto" w:fill="F3F6F9"/>
            <w:vAlign w:val="center"/>
          </w:tcPr>
          <w:p w14:paraId="43103DDB" w14:textId="77777777" w:rsidR="00114783" w:rsidRDefault="00000000">
            <w:pPr>
              <w:spacing w:after="20"/>
            </w:pPr>
            <w:r>
              <w:rPr>
                <w:b/>
                <w:color w:val="1F4E79"/>
                <w:sz w:val="17"/>
              </w:rPr>
              <w:t>Attach current official fee statement</w:t>
            </w:r>
          </w:p>
        </w:tc>
        <w:tc>
          <w:tcPr>
            <w:tcW w:w="6696" w:type="dxa"/>
            <w:vAlign w:val="center"/>
          </w:tcPr>
          <w:p w14:paraId="6121C3E9" w14:textId="77777777" w:rsidR="00114783" w:rsidRDefault="00000000">
            <w:pPr>
              <w:spacing w:after="20"/>
            </w:pPr>
            <w:r>
              <w:rPr>
                <w:sz w:val="17"/>
              </w:rPr>
              <w:t>☐ Attached   ☐ Not available (explain): __________________</w:t>
            </w:r>
          </w:p>
        </w:tc>
      </w:tr>
    </w:tbl>
    <w:p w14:paraId="44CA9F04" w14:textId="77777777" w:rsidR="00114783" w:rsidRDefault="00000000">
      <w:pPr>
        <w:pBdr>
          <w:bottom w:val="single" w:sz="8" w:space="2" w:color="1F4E79"/>
        </w:pBdr>
        <w:spacing w:before="160"/>
      </w:pPr>
      <w:r>
        <w:rPr>
          <w:b/>
          <w:color w:val="1F4E79"/>
          <w:sz w:val="20"/>
        </w:rPr>
        <w:t>6. MOTIVATION, ACHIEVEMENTS AND INVOLVEMENT</w:t>
      </w:r>
    </w:p>
    <w:p w14:paraId="2C4324FC" w14:textId="77777777" w:rsidR="00114783" w:rsidRDefault="00000000">
      <w:r>
        <w:t>In your attached motivational letter, explain why you need tuition assistance, your academic goals, and how completing your qualification will contribute to your future and community.</w:t>
      </w:r>
    </w:p>
    <w:tbl>
      <w:tblPr>
        <w:tblStyle w:val="TableGrid"/>
        <w:tblW w:w="0" w:type="auto"/>
        <w:jc w:val="center"/>
        <w:tblLook w:val="04A0" w:firstRow="1" w:lastRow="0" w:firstColumn="1" w:lastColumn="0" w:noHBand="0" w:noVBand="1"/>
      </w:tblPr>
      <w:tblGrid>
        <w:gridCol w:w="3240"/>
        <w:gridCol w:w="6696"/>
      </w:tblGrid>
      <w:tr w:rsidR="00114783" w14:paraId="7FDC8439" w14:textId="77777777">
        <w:trPr>
          <w:jc w:val="center"/>
        </w:trPr>
        <w:tc>
          <w:tcPr>
            <w:tcW w:w="3240" w:type="dxa"/>
            <w:shd w:val="clear" w:color="auto" w:fill="F3F6F9"/>
            <w:vAlign w:val="center"/>
          </w:tcPr>
          <w:p w14:paraId="26EEAACB" w14:textId="77777777" w:rsidR="00114783" w:rsidRDefault="00000000">
            <w:pPr>
              <w:spacing w:after="20"/>
            </w:pPr>
            <w:r>
              <w:rPr>
                <w:b/>
                <w:color w:val="1F4E79"/>
                <w:sz w:val="17"/>
              </w:rPr>
              <w:t>Academic achievements / awards</w:t>
            </w:r>
          </w:p>
        </w:tc>
        <w:tc>
          <w:tcPr>
            <w:tcW w:w="6696" w:type="dxa"/>
            <w:vAlign w:val="center"/>
          </w:tcPr>
          <w:p w14:paraId="2D1B0005" w14:textId="77777777" w:rsidR="00114783" w:rsidRDefault="00000000">
            <w:pPr>
              <w:spacing w:after="20"/>
            </w:pPr>
            <w:r>
              <w:rPr>
                <w:sz w:val="17"/>
              </w:rPr>
              <w:br/>
            </w:r>
            <w:r>
              <w:rPr>
                <w:sz w:val="17"/>
              </w:rPr>
              <w:br/>
            </w:r>
          </w:p>
        </w:tc>
      </w:tr>
      <w:tr w:rsidR="00114783" w14:paraId="03BDE1E5" w14:textId="77777777">
        <w:trPr>
          <w:jc w:val="center"/>
        </w:trPr>
        <w:tc>
          <w:tcPr>
            <w:tcW w:w="3240" w:type="dxa"/>
            <w:shd w:val="clear" w:color="auto" w:fill="F3F6F9"/>
            <w:vAlign w:val="center"/>
          </w:tcPr>
          <w:p w14:paraId="49C978B1" w14:textId="77777777" w:rsidR="00114783" w:rsidRDefault="00000000">
            <w:pPr>
              <w:spacing w:after="20"/>
            </w:pPr>
            <w:r>
              <w:rPr>
                <w:b/>
                <w:color w:val="1F4E79"/>
                <w:sz w:val="17"/>
              </w:rPr>
              <w:t>Leadership, volunteering or community involvement</w:t>
            </w:r>
          </w:p>
        </w:tc>
        <w:tc>
          <w:tcPr>
            <w:tcW w:w="6696" w:type="dxa"/>
            <w:vAlign w:val="center"/>
          </w:tcPr>
          <w:p w14:paraId="5127ED0D" w14:textId="77777777" w:rsidR="00114783" w:rsidRDefault="00000000">
            <w:pPr>
              <w:spacing w:after="20"/>
            </w:pPr>
            <w:r>
              <w:rPr>
                <w:sz w:val="17"/>
              </w:rPr>
              <w:br/>
            </w:r>
            <w:r>
              <w:rPr>
                <w:sz w:val="17"/>
              </w:rPr>
              <w:br/>
            </w:r>
          </w:p>
        </w:tc>
      </w:tr>
      <w:tr w:rsidR="00114783" w14:paraId="184FDD7B" w14:textId="77777777">
        <w:trPr>
          <w:jc w:val="center"/>
        </w:trPr>
        <w:tc>
          <w:tcPr>
            <w:tcW w:w="3240" w:type="dxa"/>
            <w:shd w:val="clear" w:color="auto" w:fill="F3F6F9"/>
            <w:vAlign w:val="center"/>
          </w:tcPr>
          <w:p w14:paraId="268FBD53" w14:textId="77777777" w:rsidR="00114783" w:rsidRDefault="00000000">
            <w:pPr>
              <w:spacing w:after="20"/>
            </w:pPr>
            <w:r>
              <w:rPr>
                <w:b/>
                <w:color w:val="1F4E79"/>
                <w:sz w:val="17"/>
              </w:rPr>
              <w:t>Relevant extracurricular activities / interests</w:t>
            </w:r>
          </w:p>
        </w:tc>
        <w:tc>
          <w:tcPr>
            <w:tcW w:w="6696" w:type="dxa"/>
            <w:vAlign w:val="center"/>
          </w:tcPr>
          <w:p w14:paraId="735ED64B" w14:textId="77777777" w:rsidR="00114783" w:rsidRDefault="00000000">
            <w:pPr>
              <w:spacing w:after="20"/>
            </w:pPr>
            <w:r>
              <w:rPr>
                <w:sz w:val="17"/>
              </w:rPr>
              <w:br/>
            </w:r>
            <w:r>
              <w:rPr>
                <w:sz w:val="17"/>
              </w:rPr>
              <w:br/>
            </w:r>
          </w:p>
        </w:tc>
      </w:tr>
    </w:tbl>
    <w:p w14:paraId="4AF07041" w14:textId="77777777" w:rsidR="00114783" w:rsidRDefault="00000000">
      <w:pPr>
        <w:pBdr>
          <w:bottom w:val="single" w:sz="8" w:space="2" w:color="1F4E79"/>
        </w:pBdr>
        <w:spacing w:before="160"/>
      </w:pPr>
      <w:r>
        <w:rPr>
          <w:b/>
          <w:color w:val="1F4E79"/>
          <w:sz w:val="20"/>
        </w:rPr>
        <w:t>7. SUPPORTING DOCUMENTS CHECKLIST</w:t>
      </w:r>
    </w:p>
    <w:tbl>
      <w:tblPr>
        <w:tblStyle w:val="TableGrid"/>
        <w:tblW w:w="0" w:type="auto"/>
        <w:jc w:val="center"/>
        <w:tblLook w:val="04A0" w:firstRow="1" w:lastRow="0" w:firstColumn="1" w:lastColumn="0" w:noHBand="0" w:noVBand="1"/>
      </w:tblPr>
      <w:tblGrid>
        <w:gridCol w:w="5083"/>
        <w:gridCol w:w="5083"/>
      </w:tblGrid>
      <w:tr w:rsidR="00114783" w14:paraId="3FA7A930" w14:textId="77777777">
        <w:trPr>
          <w:jc w:val="center"/>
        </w:trPr>
        <w:tc>
          <w:tcPr>
            <w:tcW w:w="5083" w:type="dxa"/>
            <w:vAlign w:val="center"/>
          </w:tcPr>
          <w:p w14:paraId="050F4CC7" w14:textId="26B6481E" w:rsidR="00114783" w:rsidRDefault="00000000">
            <w:pPr>
              <w:spacing w:after="20"/>
            </w:pPr>
            <w:proofErr w:type="gramStart"/>
            <w:r>
              <w:rPr>
                <w:sz w:val="17"/>
              </w:rPr>
              <w:t>☐  Certified</w:t>
            </w:r>
            <w:proofErr w:type="gramEnd"/>
            <w:r>
              <w:rPr>
                <w:sz w:val="17"/>
              </w:rPr>
              <w:t xml:space="preserve"> ID / passport</w:t>
            </w:r>
            <w:r w:rsidR="00D03FDF">
              <w:rPr>
                <w:sz w:val="17"/>
              </w:rPr>
              <w:t xml:space="preserve"> / refugee papers</w:t>
            </w:r>
          </w:p>
        </w:tc>
        <w:tc>
          <w:tcPr>
            <w:tcW w:w="5083" w:type="dxa"/>
            <w:vAlign w:val="center"/>
          </w:tcPr>
          <w:p w14:paraId="370115A2" w14:textId="77777777" w:rsidR="00114783" w:rsidRDefault="00000000">
            <w:pPr>
              <w:spacing w:after="20"/>
            </w:pPr>
            <w:proofErr w:type="gramStart"/>
            <w:r>
              <w:rPr>
                <w:sz w:val="17"/>
              </w:rPr>
              <w:t>☐  Proof</w:t>
            </w:r>
            <w:proofErr w:type="gramEnd"/>
            <w:r>
              <w:rPr>
                <w:sz w:val="17"/>
              </w:rPr>
              <w:t xml:space="preserve"> of registration</w:t>
            </w:r>
          </w:p>
        </w:tc>
      </w:tr>
      <w:tr w:rsidR="00114783" w14:paraId="5E2ED9C0" w14:textId="77777777">
        <w:trPr>
          <w:jc w:val="center"/>
        </w:trPr>
        <w:tc>
          <w:tcPr>
            <w:tcW w:w="5083" w:type="dxa"/>
            <w:vAlign w:val="center"/>
          </w:tcPr>
          <w:p w14:paraId="1E127F44" w14:textId="77777777" w:rsidR="00114783" w:rsidRDefault="00000000">
            <w:pPr>
              <w:spacing w:after="20"/>
            </w:pPr>
            <w:r>
              <w:rPr>
                <w:sz w:val="17"/>
              </w:rPr>
              <w:t>☐  Latest academic transcript / results</w:t>
            </w:r>
          </w:p>
        </w:tc>
        <w:tc>
          <w:tcPr>
            <w:tcW w:w="5083" w:type="dxa"/>
            <w:vAlign w:val="center"/>
          </w:tcPr>
          <w:p w14:paraId="46A90B99" w14:textId="77777777" w:rsidR="00114783" w:rsidRDefault="00000000">
            <w:pPr>
              <w:spacing w:after="20"/>
            </w:pPr>
            <w:r>
              <w:rPr>
                <w:sz w:val="17"/>
              </w:rPr>
              <w:t>☐  Current official tuition fee statement</w:t>
            </w:r>
          </w:p>
        </w:tc>
      </w:tr>
      <w:tr w:rsidR="00114783" w14:paraId="26085006" w14:textId="77777777">
        <w:trPr>
          <w:jc w:val="center"/>
        </w:trPr>
        <w:tc>
          <w:tcPr>
            <w:tcW w:w="5083" w:type="dxa"/>
            <w:vAlign w:val="center"/>
          </w:tcPr>
          <w:p w14:paraId="46648D8A" w14:textId="77777777" w:rsidR="00114783" w:rsidRDefault="00000000">
            <w:pPr>
              <w:spacing w:after="20"/>
            </w:pPr>
            <w:r>
              <w:rPr>
                <w:sz w:val="17"/>
              </w:rPr>
              <w:t>☐  CV / résumé</w:t>
            </w:r>
          </w:p>
        </w:tc>
        <w:tc>
          <w:tcPr>
            <w:tcW w:w="5083" w:type="dxa"/>
            <w:vAlign w:val="center"/>
          </w:tcPr>
          <w:p w14:paraId="1A96CB77" w14:textId="77777777" w:rsidR="00114783" w:rsidRDefault="00000000">
            <w:pPr>
              <w:spacing w:after="20"/>
            </w:pPr>
            <w:r>
              <w:rPr>
                <w:sz w:val="17"/>
              </w:rPr>
              <w:t>☐  Motivational letter</w:t>
            </w:r>
          </w:p>
        </w:tc>
      </w:tr>
      <w:tr w:rsidR="00114783" w14:paraId="10A1D0A5" w14:textId="77777777">
        <w:trPr>
          <w:jc w:val="center"/>
        </w:trPr>
        <w:tc>
          <w:tcPr>
            <w:tcW w:w="5083" w:type="dxa"/>
            <w:vAlign w:val="center"/>
          </w:tcPr>
          <w:p w14:paraId="27F2CE13" w14:textId="77777777" w:rsidR="00114783" w:rsidRDefault="00000000">
            <w:pPr>
              <w:spacing w:after="20"/>
            </w:pPr>
            <w:r>
              <w:rPr>
                <w:sz w:val="17"/>
              </w:rPr>
              <w:t>☐  Income / financial evidence (if available)</w:t>
            </w:r>
          </w:p>
        </w:tc>
        <w:tc>
          <w:tcPr>
            <w:tcW w:w="5083" w:type="dxa"/>
            <w:vAlign w:val="center"/>
          </w:tcPr>
          <w:p w14:paraId="28D864DA" w14:textId="77777777" w:rsidR="00114783" w:rsidRDefault="00000000">
            <w:pPr>
              <w:spacing w:after="20"/>
            </w:pPr>
            <w:r>
              <w:rPr>
                <w:sz w:val="17"/>
              </w:rPr>
              <w:t>☐  Other bursary / sponsorship evidence (if applicable)</w:t>
            </w:r>
          </w:p>
        </w:tc>
      </w:tr>
    </w:tbl>
    <w:p w14:paraId="2ACE0E6D" w14:textId="77777777" w:rsidR="00114783" w:rsidRDefault="00000000">
      <w:r>
        <w:t>I confirm that the documents ticked above are included with my application. If any required document is missing, I have explained why and when it can be provided.</w:t>
      </w:r>
    </w:p>
    <w:p w14:paraId="3E0C4630" w14:textId="77777777" w:rsidR="00114783" w:rsidRDefault="00000000">
      <w:pPr>
        <w:pBdr>
          <w:bottom w:val="single" w:sz="8" w:space="2" w:color="1F4E79"/>
        </w:pBdr>
        <w:spacing w:before="160"/>
      </w:pPr>
      <w:r>
        <w:rPr>
          <w:b/>
          <w:color w:val="1F4E79"/>
          <w:sz w:val="20"/>
        </w:rPr>
        <w:t>8. DECLARATION AND CONSENT</w:t>
      </w:r>
    </w:p>
    <w:p w14:paraId="77ED6A10" w14:textId="77777777" w:rsidR="00114783" w:rsidRDefault="00000000">
      <w:r>
        <w:t>I declare that the information supplied in this application and in the supporting documents is, to the best of my knowledge, true, accurate and complete. I understand that providing false, misleading or incomplete information may result in my application being declined or an award being withdrawn.</w:t>
      </w:r>
    </w:p>
    <w:p w14:paraId="6A0AE4B7" w14:textId="77777777" w:rsidR="00114783" w:rsidRDefault="00000000">
      <w:r>
        <w:t>I consent to ELOHIM Scholarship Fund using the information and documents I submit to assess my eligibility, financial need and application; to contact me; and, where reasonably necessary for verification, to contact my tertiary institution, referees or relevant funding providers. I understand that such checks will be limited to the purposes of assessing and administering this application.</w:t>
      </w:r>
    </w:p>
    <w:p w14:paraId="3EF538E4" w14:textId="77777777" w:rsidR="00114783" w:rsidRDefault="00000000">
      <w:r>
        <w:t>I understand that the Fund may request additional documents, that funding is subject to availability and approval, and that submitting this form does not guarantee a bursary.</w:t>
      </w:r>
    </w:p>
    <w:p w14:paraId="609458B2" w14:textId="77777777" w:rsidR="00114783" w:rsidRDefault="00000000">
      <w:r>
        <w:lastRenderedPageBreak/>
        <w:t>Privacy notice: Personal information will be used for application assessment, verification, communication and bursary administration. It should be accessed only by persons who need it for these purposes, stored securely and retained only for as long as required for these purposes or applicable legal obligations. For questions about personal information or to request further details about its handling, contact elohimscholarshipfund@gmail.com. The Fund should complete and publish its full privacy notice, including its responsible-party details and retention arrangements, before distributing this form.</w:t>
      </w:r>
    </w:p>
    <w:tbl>
      <w:tblPr>
        <w:tblStyle w:val="TableGrid"/>
        <w:tblW w:w="0" w:type="auto"/>
        <w:jc w:val="center"/>
        <w:tblLook w:val="04A0" w:firstRow="1" w:lastRow="0" w:firstColumn="1" w:lastColumn="0" w:noHBand="0" w:noVBand="1"/>
      </w:tblPr>
      <w:tblGrid>
        <w:gridCol w:w="3240"/>
        <w:gridCol w:w="6696"/>
      </w:tblGrid>
      <w:tr w:rsidR="00114783" w14:paraId="579D0831" w14:textId="77777777">
        <w:trPr>
          <w:jc w:val="center"/>
        </w:trPr>
        <w:tc>
          <w:tcPr>
            <w:tcW w:w="3240" w:type="dxa"/>
            <w:shd w:val="clear" w:color="auto" w:fill="F3F6F9"/>
            <w:vAlign w:val="center"/>
          </w:tcPr>
          <w:p w14:paraId="361B84A6" w14:textId="77777777" w:rsidR="00114783" w:rsidRDefault="00000000">
            <w:pPr>
              <w:spacing w:after="20"/>
            </w:pPr>
            <w:r>
              <w:rPr>
                <w:b/>
                <w:color w:val="1F4E79"/>
                <w:sz w:val="17"/>
              </w:rPr>
              <w:t>Applicant full name</w:t>
            </w:r>
          </w:p>
        </w:tc>
        <w:tc>
          <w:tcPr>
            <w:tcW w:w="6696" w:type="dxa"/>
            <w:vAlign w:val="center"/>
          </w:tcPr>
          <w:p w14:paraId="58BCA1EE" w14:textId="77777777" w:rsidR="00114783" w:rsidRDefault="00000000">
            <w:pPr>
              <w:spacing w:after="20"/>
            </w:pPr>
            <w:r>
              <w:rPr>
                <w:sz w:val="17"/>
              </w:rPr>
              <w:t xml:space="preserve"> </w:t>
            </w:r>
          </w:p>
        </w:tc>
      </w:tr>
      <w:tr w:rsidR="00114783" w14:paraId="13263CC3" w14:textId="77777777">
        <w:trPr>
          <w:jc w:val="center"/>
        </w:trPr>
        <w:tc>
          <w:tcPr>
            <w:tcW w:w="3240" w:type="dxa"/>
            <w:shd w:val="clear" w:color="auto" w:fill="F3F6F9"/>
            <w:vAlign w:val="center"/>
          </w:tcPr>
          <w:p w14:paraId="3E502CBF" w14:textId="77777777" w:rsidR="00114783" w:rsidRDefault="00000000">
            <w:pPr>
              <w:spacing w:after="20"/>
            </w:pPr>
            <w:r>
              <w:rPr>
                <w:b/>
                <w:color w:val="1F4E79"/>
                <w:sz w:val="17"/>
              </w:rPr>
              <w:t>Applicant signature (typed or handwritten)</w:t>
            </w:r>
          </w:p>
        </w:tc>
        <w:tc>
          <w:tcPr>
            <w:tcW w:w="6696" w:type="dxa"/>
            <w:vAlign w:val="center"/>
          </w:tcPr>
          <w:p w14:paraId="24D17946" w14:textId="77777777" w:rsidR="00114783" w:rsidRDefault="00000000">
            <w:pPr>
              <w:spacing w:after="20"/>
            </w:pPr>
            <w:r>
              <w:rPr>
                <w:sz w:val="17"/>
              </w:rPr>
              <w:t xml:space="preserve"> </w:t>
            </w:r>
          </w:p>
        </w:tc>
      </w:tr>
      <w:tr w:rsidR="00114783" w14:paraId="0FACC6FA" w14:textId="77777777">
        <w:trPr>
          <w:jc w:val="center"/>
        </w:trPr>
        <w:tc>
          <w:tcPr>
            <w:tcW w:w="3240" w:type="dxa"/>
            <w:shd w:val="clear" w:color="auto" w:fill="F3F6F9"/>
            <w:vAlign w:val="center"/>
          </w:tcPr>
          <w:p w14:paraId="3CF5BF82" w14:textId="77777777" w:rsidR="00114783" w:rsidRDefault="00000000">
            <w:pPr>
              <w:spacing w:after="20"/>
            </w:pPr>
            <w:r>
              <w:rPr>
                <w:b/>
                <w:color w:val="1F4E79"/>
                <w:sz w:val="17"/>
              </w:rPr>
              <w:t>Date (DD/MM/YYYY)</w:t>
            </w:r>
          </w:p>
        </w:tc>
        <w:tc>
          <w:tcPr>
            <w:tcW w:w="6696" w:type="dxa"/>
            <w:vAlign w:val="center"/>
          </w:tcPr>
          <w:p w14:paraId="3AC0C0AF" w14:textId="77777777" w:rsidR="00114783" w:rsidRDefault="00000000">
            <w:pPr>
              <w:spacing w:after="20"/>
            </w:pPr>
            <w:r>
              <w:rPr>
                <w:sz w:val="17"/>
              </w:rPr>
              <w:t xml:space="preserve"> </w:t>
            </w:r>
          </w:p>
        </w:tc>
      </w:tr>
      <w:tr w:rsidR="00114783" w14:paraId="3E9A2B16" w14:textId="77777777">
        <w:trPr>
          <w:jc w:val="center"/>
        </w:trPr>
        <w:tc>
          <w:tcPr>
            <w:tcW w:w="3240" w:type="dxa"/>
            <w:shd w:val="clear" w:color="auto" w:fill="F3F6F9"/>
            <w:vAlign w:val="center"/>
          </w:tcPr>
          <w:p w14:paraId="725A30A5" w14:textId="77777777" w:rsidR="00114783" w:rsidRDefault="00000000">
            <w:pPr>
              <w:spacing w:after="20"/>
            </w:pPr>
            <w:r>
              <w:rPr>
                <w:b/>
                <w:color w:val="1F4E79"/>
                <w:sz w:val="17"/>
              </w:rPr>
              <w:t>Parent / guardian signature (only if applicant is under 18)</w:t>
            </w:r>
          </w:p>
        </w:tc>
        <w:tc>
          <w:tcPr>
            <w:tcW w:w="6696" w:type="dxa"/>
            <w:vAlign w:val="center"/>
          </w:tcPr>
          <w:p w14:paraId="09092341" w14:textId="77777777" w:rsidR="00114783" w:rsidRDefault="00000000">
            <w:pPr>
              <w:spacing w:after="20"/>
            </w:pPr>
            <w:r>
              <w:rPr>
                <w:sz w:val="17"/>
              </w:rPr>
              <w:t xml:space="preserve"> </w:t>
            </w:r>
          </w:p>
        </w:tc>
      </w:tr>
      <w:tr w:rsidR="00114783" w14:paraId="2163842A" w14:textId="77777777">
        <w:trPr>
          <w:jc w:val="center"/>
        </w:trPr>
        <w:tc>
          <w:tcPr>
            <w:tcW w:w="3240" w:type="dxa"/>
            <w:shd w:val="clear" w:color="auto" w:fill="F3F6F9"/>
            <w:vAlign w:val="center"/>
          </w:tcPr>
          <w:p w14:paraId="3B73C6DB" w14:textId="77777777" w:rsidR="00114783" w:rsidRDefault="00000000">
            <w:pPr>
              <w:spacing w:after="20"/>
            </w:pPr>
            <w:r>
              <w:rPr>
                <w:b/>
                <w:color w:val="1F4E79"/>
                <w:sz w:val="17"/>
              </w:rPr>
              <w:t>Parent / guardian date</w:t>
            </w:r>
          </w:p>
        </w:tc>
        <w:tc>
          <w:tcPr>
            <w:tcW w:w="6696" w:type="dxa"/>
            <w:vAlign w:val="center"/>
          </w:tcPr>
          <w:p w14:paraId="63A08D8F" w14:textId="77777777" w:rsidR="00114783" w:rsidRDefault="00000000">
            <w:pPr>
              <w:spacing w:after="20"/>
            </w:pPr>
            <w:r>
              <w:rPr>
                <w:sz w:val="17"/>
              </w:rPr>
              <w:t xml:space="preserve"> </w:t>
            </w:r>
          </w:p>
        </w:tc>
      </w:tr>
    </w:tbl>
    <w:p w14:paraId="01D1F13D" w14:textId="77777777" w:rsidR="00114783" w:rsidRDefault="00000000">
      <w:pPr>
        <w:pBdr>
          <w:bottom w:val="single" w:sz="8" w:space="2" w:color="1F4E79"/>
        </w:pBdr>
        <w:spacing w:before="160"/>
      </w:pPr>
      <w:r>
        <w:rPr>
          <w:b/>
          <w:color w:val="1F4E79"/>
          <w:sz w:val="20"/>
        </w:rPr>
        <w:t>9. FOR ELOHIM SCHOLARSHIP FUND USE ONLY</w:t>
      </w:r>
    </w:p>
    <w:tbl>
      <w:tblPr>
        <w:tblStyle w:val="TableGrid"/>
        <w:tblW w:w="0" w:type="auto"/>
        <w:jc w:val="center"/>
        <w:tblLook w:val="04A0" w:firstRow="1" w:lastRow="0" w:firstColumn="1" w:lastColumn="0" w:noHBand="0" w:noVBand="1"/>
      </w:tblPr>
      <w:tblGrid>
        <w:gridCol w:w="3240"/>
        <w:gridCol w:w="6696"/>
      </w:tblGrid>
      <w:tr w:rsidR="00114783" w14:paraId="03E7AC39" w14:textId="77777777">
        <w:trPr>
          <w:jc w:val="center"/>
        </w:trPr>
        <w:tc>
          <w:tcPr>
            <w:tcW w:w="3240" w:type="dxa"/>
            <w:shd w:val="clear" w:color="auto" w:fill="F3F6F9"/>
            <w:vAlign w:val="center"/>
          </w:tcPr>
          <w:p w14:paraId="6E206A8E" w14:textId="77777777" w:rsidR="00114783" w:rsidRDefault="00000000">
            <w:pPr>
              <w:spacing w:after="20"/>
            </w:pPr>
            <w:r>
              <w:rPr>
                <w:b/>
                <w:color w:val="1F4E79"/>
                <w:sz w:val="17"/>
              </w:rPr>
              <w:t>Application reference number</w:t>
            </w:r>
          </w:p>
        </w:tc>
        <w:tc>
          <w:tcPr>
            <w:tcW w:w="6696" w:type="dxa"/>
            <w:vAlign w:val="center"/>
          </w:tcPr>
          <w:p w14:paraId="6CA4A8AB" w14:textId="77777777" w:rsidR="00114783" w:rsidRDefault="00000000">
            <w:pPr>
              <w:spacing w:after="20"/>
            </w:pPr>
            <w:r>
              <w:rPr>
                <w:sz w:val="17"/>
              </w:rPr>
              <w:t xml:space="preserve"> </w:t>
            </w:r>
          </w:p>
        </w:tc>
      </w:tr>
      <w:tr w:rsidR="00114783" w14:paraId="1F6411A8" w14:textId="77777777">
        <w:trPr>
          <w:jc w:val="center"/>
        </w:trPr>
        <w:tc>
          <w:tcPr>
            <w:tcW w:w="3240" w:type="dxa"/>
            <w:shd w:val="clear" w:color="auto" w:fill="F3F6F9"/>
            <w:vAlign w:val="center"/>
          </w:tcPr>
          <w:p w14:paraId="69C6C32C" w14:textId="77777777" w:rsidR="00114783" w:rsidRDefault="00000000">
            <w:pPr>
              <w:spacing w:after="20"/>
            </w:pPr>
            <w:r>
              <w:rPr>
                <w:b/>
                <w:color w:val="1F4E79"/>
                <w:sz w:val="17"/>
              </w:rPr>
              <w:t>Date received</w:t>
            </w:r>
          </w:p>
        </w:tc>
        <w:tc>
          <w:tcPr>
            <w:tcW w:w="6696" w:type="dxa"/>
            <w:vAlign w:val="center"/>
          </w:tcPr>
          <w:p w14:paraId="093A5F3B" w14:textId="77777777" w:rsidR="00114783" w:rsidRDefault="00000000">
            <w:pPr>
              <w:spacing w:after="20"/>
            </w:pPr>
            <w:r>
              <w:rPr>
                <w:sz w:val="17"/>
              </w:rPr>
              <w:t xml:space="preserve"> </w:t>
            </w:r>
          </w:p>
        </w:tc>
      </w:tr>
      <w:tr w:rsidR="00114783" w14:paraId="25F2334B" w14:textId="77777777">
        <w:trPr>
          <w:jc w:val="center"/>
        </w:trPr>
        <w:tc>
          <w:tcPr>
            <w:tcW w:w="3240" w:type="dxa"/>
            <w:shd w:val="clear" w:color="auto" w:fill="F3F6F9"/>
            <w:vAlign w:val="center"/>
          </w:tcPr>
          <w:p w14:paraId="5D062ED9" w14:textId="77777777" w:rsidR="00114783" w:rsidRDefault="00000000">
            <w:pPr>
              <w:spacing w:after="20"/>
            </w:pPr>
            <w:r>
              <w:rPr>
                <w:b/>
                <w:color w:val="1F4E79"/>
                <w:sz w:val="17"/>
              </w:rPr>
              <w:t>Eligibility confirmed</w:t>
            </w:r>
          </w:p>
        </w:tc>
        <w:tc>
          <w:tcPr>
            <w:tcW w:w="6696" w:type="dxa"/>
            <w:vAlign w:val="center"/>
          </w:tcPr>
          <w:p w14:paraId="51402C59" w14:textId="77777777" w:rsidR="00114783" w:rsidRDefault="00000000">
            <w:pPr>
              <w:spacing w:after="20"/>
            </w:pPr>
            <w:r>
              <w:rPr>
                <w:sz w:val="17"/>
              </w:rPr>
              <w:t>☐ Yes   ☐ No</w:t>
            </w:r>
          </w:p>
        </w:tc>
      </w:tr>
      <w:tr w:rsidR="00114783" w14:paraId="78003BB8" w14:textId="77777777">
        <w:trPr>
          <w:jc w:val="center"/>
        </w:trPr>
        <w:tc>
          <w:tcPr>
            <w:tcW w:w="3240" w:type="dxa"/>
            <w:shd w:val="clear" w:color="auto" w:fill="F3F6F9"/>
            <w:vAlign w:val="center"/>
          </w:tcPr>
          <w:p w14:paraId="57A6795E" w14:textId="77777777" w:rsidR="00114783" w:rsidRDefault="00000000">
            <w:pPr>
              <w:spacing w:after="20"/>
            </w:pPr>
            <w:r>
              <w:rPr>
                <w:b/>
                <w:color w:val="1F4E79"/>
                <w:sz w:val="17"/>
              </w:rPr>
              <w:t>Final-year status verified</w:t>
            </w:r>
          </w:p>
        </w:tc>
        <w:tc>
          <w:tcPr>
            <w:tcW w:w="6696" w:type="dxa"/>
            <w:vAlign w:val="center"/>
          </w:tcPr>
          <w:p w14:paraId="288B0309" w14:textId="77777777" w:rsidR="00114783" w:rsidRDefault="00000000">
            <w:pPr>
              <w:spacing w:after="20"/>
            </w:pPr>
            <w:r>
              <w:rPr>
                <w:sz w:val="17"/>
              </w:rPr>
              <w:t>☐ Yes   ☐ No</w:t>
            </w:r>
          </w:p>
        </w:tc>
      </w:tr>
      <w:tr w:rsidR="00114783" w14:paraId="53F226F5" w14:textId="77777777">
        <w:trPr>
          <w:jc w:val="center"/>
        </w:trPr>
        <w:tc>
          <w:tcPr>
            <w:tcW w:w="3240" w:type="dxa"/>
            <w:shd w:val="clear" w:color="auto" w:fill="F3F6F9"/>
            <w:vAlign w:val="center"/>
          </w:tcPr>
          <w:p w14:paraId="3BFFFEAD" w14:textId="77777777" w:rsidR="00114783" w:rsidRDefault="00000000">
            <w:pPr>
              <w:spacing w:after="20"/>
            </w:pPr>
            <w:r>
              <w:rPr>
                <w:b/>
                <w:color w:val="1F4E79"/>
                <w:sz w:val="17"/>
              </w:rPr>
              <w:t>Field of study eligible</w:t>
            </w:r>
          </w:p>
        </w:tc>
        <w:tc>
          <w:tcPr>
            <w:tcW w:w="6696" w:type="dxa"/>
            <w:vAlign w:val="center"/>
          </w:tcPr>
          <w:p w14:paraId="66D9FE00" w14:textId="77777777" w:rsidR="00114783" w:rsidRDefault="00000000">
            <w:pPr>
              <w:spacing w:after="20"/>
            </w:pPr>
            <w:r>
              <w:rPr>
                <w:sz w:val="17"/>
              </w:rPr>
              <w:t>☐ Yes   ☐ No</w:t>
            </w:r>
          </w:p>
        </w:tc>
      </w:tr>
      <w:tr w:rsidR="00114783" w14:paraId="2E4E9610" w14:textId="77777777">
        <w:trPr>
          <w:jc w:val="center"/>
        </w:trPr>
        <w:tc>
          <w:tcPr>
            <w:tcW w:w="3240" w:type="dxa"/>
            <w:shd w:val="clear" w:color="auto" w:fill="F3F6F9"/>
            <w:vAlign w:val="center"/>
          </w:tcPr>
          <w:p w14:paraId="0BCD607F" w14:textId="77777777" w:rsidR="00114783" w:rsidRDefault="00000000">
            <w:pPr>
              <w:spacing w:after="20"/>
            </w:pPr>
            <w:r>
              <w:rPr>
                <w:b/>
                <w:color w:val="1F4E79"/>
                <w:sz w:val="17"/>
              </w:rPr>
              <w:t>Supporting documents complete</w:t>
            </w:r>
          </w:p>
        </w:tc>
        <w:tc>
          <w:tcPr>
            <w:tcW w:w="6696" w:type="dxa"/>
            <w:vAlign w:val="center"/>
          </w:tcPr>
          <w:p w14:paraId="60FB934B" w14:textId="77777777" w:rsidR="00114783" w:rsidRDefault="00000000">
            <w:pPr>
              <w:spacing w:after="20"/>
            </w:pPr>
            <w:r>
              <w:rPr>
                <w:sz w:val="17"/>
              </w:rPr>
              <w:t>☐ Yes   ☐ No</w:t>
            </w:r>
          </w:p>
        </w:tc>
      </w:tr>
      <w:tr w:rsidR="00114783" w14:paraId="23BD22EB" w14:textId="77777777">
        <w:trPr>
          <w:jc w:val="center"/>
        </w:trPr>
        <w:tc>
          <w:tcPr>
            <w:tcW w:w="3240" w:type="dxa"/>
            <w:shd w:val="clear" w:color="auto" w:fill="F3F6F9"/>
            <w:vAlign w:val="center"/>
          </w:tcPr>
          <w:p w14:paraId="17DFBA48" w14:textId="77777777" w:rsidR="00114783" w:rsidRDefault="00000000">
            <w:pPr>
              <w:spacing w:after="20"/>
            </w:pPr>
            <w:r>
              <w:rPr>
                <w:b/>
                <w:color w:val="1F4E79"/>
                <w:sz w:val="17"/>
              </w:rPr>
              <w:t>Academic information verified</w:t>
            </w:r>
          </w:p>
        </w:tc>
        <w:tc>
          <w:tcPr>
            <w:tcW w:w="6696" w:type="dxa"/>
            <w:vAlign w:val="center"/>
          </w:tcPr>
          <w:p w14:paraId="7CFA2728" w14:textId="77777777" w:rsidR="00114783" w:rsidRDefault="00000000">
            <w:pPr>
              <w:spacing w:after="20"/>
            </w:pPr>
            <w:r>
              <w:rPr>
                <w:sz w:val="17"/>
              </w:rPr>
              <w:t>☐ Yes   ☐ No</w:t>
            </w:r>
          </w:p>
        </w:tc>
      </w:tr>
      <w:tr w:rsidR="00114783" w14:paraId="5B4D69D2" w14:textId="77777777">
        <w:trPr>
          <w:jc w:val="center"/>
        </w:trPr>
        <w:tc>
          <w:tcPr>
            <w:tcW w:w="3240" w:type="dxa"/>
            <w:shd w:val="clear" w:color="auto" w:fill="F3F6F9"/>
            <w:vAlign w:val="center"/>
          </w:tcPr>
          <w:p w14:paraId="29F14EBD" w14:textId="77777777" w:rsidR="00114783" w:rsidRDefault="00000000">
            <w:pPr>
              <w:spacing w:after="20"/>
            </w:pPr>
            <w:r>
              <w:rPr>
                <w:b/>
                <w:color w:val="1F4E79"/>
                <w:sz w:val="17"/>
              </w:rPr>
              <w:t>Financial need assessment</w:t>
            </w:r>
          </w:p>
        </w:tc>
        <w:tc>
          <w:tcPr>
            <w:tcW w:w="6696" w:type="dxa"/>
            <w:vAlign w:val="center"/>
          </w:tcPr>
          <w:p w14:paraId="2966796F" w14:textId="77777777" w:rsidR="00114783" w:rsidRDefault="00000000">
            <w:pPr>
              <w:spacing w:after="20"/>
            </w:pPr>
            <w:r>
              <w:rPr>
                <w:sz w:val="17"/>
              </w:rPr>
              <w:br/>
            </w:r>
            <w:r>
              <w:rPr>
                <w:sz w:val="17"/>
              </w:rPr>
              <w:br/>
            </w:r>
          </w:p>
        </w:tc>
      </w:tr>
      <w:tr w:rsidR="00114783" w14:paraId="19808D8D" w14:textId="77777777">
        <w:trPr>
          <w:jc w:val="center"/>
        </w:trPr>
        <w:tc>
          <w:tcPr>
            <w:tcW w:w="3240" w:type="dxa"/>
            <w:shd w:val="clear" w:color="auto" w:fill="F3F6F9"/>
            <w:vAlign w:val="center"/>
          </w:tcPr>
          <w:p w14:paraId="43E1769B" w14:textId="77777777" w:rsidR="00114783" w:rsidRDefault="00000000">
            <w:pPr>
              <w:spacing w:after="20"/>
            </w:pPr>
            <w:r>
              <w:rPr>
                <w:b/>
                <w:color w:val="1F4E79"/>
                <w:sz w:val="17"/>
              </w:rPr>
              <w:t>Tuition balance verified</w:t>
            </w:r>
          </w:p>
        </w:tc>
        <w:tc>
          <w:tcPr>
            <w:tcW w:w="6696" w:type="dxa"/>
            <w:vAlign w:val="center"/>
          </w:tcPr>
          <w:p w14:paraId="3B8FDF91" w14:textId="77777777" w:rsidR="00114783" w:rsidRDefault="00000000">
            <w:pPr>
              <w:spacing w:after="20"/>
            </w:pPr>
            <w:r>
              <w:rPr>
                <w:sz w:val="17"/>
              </w:rPr>
              <w:t>☐ Yes   ☐ No</w:t>
            </w:r>
          </w:p>
        </w:tc>
      </w:tr>
      <w:tr w:rsidR="00114783" w14:paraId="2735A636" w14:textId="77777777">
        <w:trPr>
          <w:jc w:val="center"/>
        </w:trPr>
        <w:tc>
          <w:tcPr>
            <w:tcW w:w="3240" w:type="dxa"/>
            <w:shd w:val="clear" w:color="auto" w:fill="F3F6F9"/>
            <w:vAlign w:val="center"/>
          </w:tcPr>
          <w:p w14:paraId="73C325D3" w14:textId="77777777" w:rsidR="00114783" w:rsidRDefault="00000000">
            <w:pPr>
              <w:spacing w:after="20"/>
            </w:pPr>
            <w:r>
              <w:rPr>
                <w:b/>
                <w:color w:val="1F4E79"/>
                <w:sz w:val="17"/>
              </w:rPr>
              <w:t>Verification outcome / notes</w:t>
            </w:r>
          </w:p>
        </w:tc>
        <w:tc>
          <w:tcPr>
            <w:tcW w:w="6696" w:type="dxa"/>
            <w:vAlign w:val="center"/>
          </w:tcPr>
          <w:p w14:paraId="208EF40F" w14:textId="77777777" w:rsidR="00114783" w:rsidRDefault="00000000">
            <w:pPr>
              <w:spacing w:after="20"/>
            </w:pPr>
            <w:r>
              <w:rPr>
                <w:sz w:val="17"/>
              </w:rPr>
              <w:br/>
            </w:r>
            <w:r>
              <w:rPr>
                <w:sz w:val="17"/>
              </w:rPr>
              <w:br/>
            </w:r>
          </w:p>
        </w:tc>
      </w:tr>
      <w:tr w:rsidR="00114783" w14:paraId="1A493F99" w14:textId="77777777">
        <w:trPr>
          <w:jc w:val="center"/>
        </w:trPr>
        <w:tc>
          <w:tcPr>
            <w:tcW w:w="3240" w:type="dxa"/>
            <w:shd w:val="clear" w:color="auto" w:fill="F3F6F9"/>
            <w:vAlign w:val="center"/>
          </w:tcPr>
          <w:p w14:paraId="50363963" w14:textId="77777777" w:rsidR="00114783" w:rsidRDefault="00000000">
            <w:pPr>
              <w:spacing w:after="20"/>
            </w:pPr>
            <w:r>
              <w:rPr>
                <w:b/>
                <w:color w:val="1F4E79"/>
                <w:sz w:val="17"/>
              </w:rPr>
              <w:t>Decision</w:t>
            </w:r>
          </w:p>
        </w:tc>
        <w:tc>
          <w:tcPr>
            <w:tcW w:w="6696" w:type="dxa"/>
            <w:vAlign w:val="center"/>
          </w:tcPr>
          <w:p w14:paraId="4B4467A7" w14:textId="77777777" w:rsidR="00114783" w:rsidRDefault="00000000">
            <w:pPr>
              <w:spacing w:after="20"/>
            </w:pPr>
            <w:r>
              <w:rPr>
                <w:sz w:val="17"/>
              </w:rPr>
              <w:t>☐ Approved   ☐ Declined   ☐ Pending</w:t>
            </w:r>
          </w:p>
        </w:tc>
      </w:tr>
      <w:tr w:rsidR="00114783" w14:paraId="645974E6" w14:textId="77777777">
        <w:trPr>
          <w:jc w:val="center"/>
        </w:trPr>
        <w:tc>
          <w:tcPr>
            <w:tcW w:w="3240" w:type="dxa"/>
            <w:shd w:val="clear" w:color="auto" w:fill="F3F6F9"/>
            <w:vAlign w:val="center"/>
          </w:tcPr>
          <w:p w14:paraId="07198077" w14:textId="77777777" w:rsidR="00114783" w:rsidRDefault="00000000">
            <w:pPr>
              <w:spacing w:after="20"/>
            </w:pPr>
            <w:r>
              <w:rPr>
                <w:b/>
                <w:color w:val="1F4E79"/>
                <w:sz w:val="17"/>
              </w:rPr>
              <w:t>Approved amount and currency</w:t>
            </w:r>
          </w:p>
        </w:tc>
        <w:tc>
          <w:tcPr>
            <w:tcW w:w="6696" w:type="dxa"/>
            <w:vAlign w:val="center"/>
          </w:tcPr>
          <w:p w14:paraId="78620B53" w14:textId="77777777" w:rsidR="00114783" w:rsidRDefault="00000000">
            <w:pPr>
              <w:spacing w:after="20"/>
            </w:pPr>
            <w:r>
              <w:rPr>
                <w:sz w:val="17"/>
              </w:rPr>
              <w:t xml:space="preserve"> </w:t>
            </w:r>
          </w:p>
        </w:tc>
      </w:tr>
      <w:tr w:rsidR="00114783" w14:paraId="19421947" w14:textId="77777777">
        <w:trPr>
          <w:jc w:val="center"/>
        </w:trPr>
        <w:tc>
          <w:tcPr>
            <w:tcW w:w="3240" w:type="dxa"/>
            <w:shd w:val="clear" w:color="auto" w:fill="F3F6F9"/>
            <w:vAlign w:val="center"/>
          </w:tcPr>
          <w:p w14:paraId="56E67E3C" w14:textId="77777777" w:rsidR="00114783" w:rsidRDefault="00000000">
            <w:pPr>
              <w:spacing w:after="20"/>
            </w:pPr>
            <w:r>
              <w:rPr>
                <w:b/>
                <w:color w:val="1F4E79"/>
                <w:sz w:val="17"/>
              </w:rPr>
              <w:t>Payment / institution details and conditions</w:t>
            </w:r>
          </w:p>
        </w:tc>
        <w:tc>
          <w:tcPr>
            <w:tcW w:w="6696" w:type="dxa"/>
            <w:vAlign w:val="center"/>
          </w:tcPr>
          <w:p w14:paraId="6385A61A" w14:textId="77777777" w:rsidR="00114783" w:rsidRDefault="00000000">
            <w:pPr>
              <w:spacing w:after="20"/>
            </w:pPr>
            <w:r>
              <w:rPr>
                <w:sz w:val="17"/>
              </w:rPr>
              <w:br/>
            </w:r>
            <w:r>
              <w:rPr>
                <w:sz w:val="17"/>
              </w:rPr>
              <w:br/>
            </w:r>
          </w:p>
        </w:tc>
      </w:tr>
      <w:tr w:rsidR="00114783" w14:paraId="5DB5A678" w14:textId="77777777">
        <w:trPr>
          <w:jc w:val="center"/>
        </w:trPr>
        <w:tc>
          <w:tcPr>
            <w:tcW w:w="3240" w:type="dxa"/>
            <w:shd w:val="clear" w:color="auto" w:fill="F3F6F9"/>
            <w:vAlign w:val="center"/>
          </w:tcPr>
          <w:p w14:paraId="17D06681" w14:textId="77777777" w:rsidR="00114783" w:rsidRDefault="00000000">
            <w:pPr>
              <w:spacing w:after="20"/>
            </w:pPr>
            <w:r>
              <w:rPr>
                <w:b/>
                <w:color w:val="1F4E79"/>
                <w:sz w:val="17"/>
              </w:rPr>
              <w:t>Assessed by / signature</w:t>
            </w:r>
          </w:p>
        </w:tc>
        <w:tc>
          <w:tcPr>
            <w:tcW w:w="6696" w:type="dxa"/>
            <w:vAlign w:val="center"/>
          </w:tcPr>
          <w:p w14:paraId="30F90EB3" w14:textId="77777777" w:rsidR="00114783" w:rsidRDefault="00000000">
            <w:pPr>
              <w:spacing w:after="20"/>
            </w:pPr>
            <w:r>
              <w:rPr>
                <w:sz w:val="17"/>
              </w:rPr>
              <w:t xml:space="preserve"> </w:t>
            </w:r>
          </w:p>
        </w:tc>
      </w:tr>
      <w:tr w:rsidR="00114783" w14:paraId="4DF6BD16" w14:textId="77777777">
        <w:trPr>
          <w:jc w:val="center"/>
        </w:trPr>
        <w:tc>
          <w:tcPr>
            <w:tcW w:w="3240" w:type="dxa"/>
            <w:shd w:val="clear" w:color="auto" w:fill="F3F6F9"/>
            <w:vAlign w:val="center"/>
          </w:tcPr>
          <w:p w14:paraId="1CC02156" w14:textId="77777777" w:rsidR="00114783" w:rsidRDefault="00000000">
            <w:pPr>
              <w:spacing w:after="20"/>
            </w:pPr>
            <w:r>
              <w:rPr>
                <w:b/>
                <w:color w:val="1F4E79"/>
                <w:sz w:val="17"/>
              </w:rPr>
              <w:t>Date</w:t>
            </w:r>
          </w:p>
        </w:tc>
        <w:tc>
          <w:tcPr>
            <w:tcW w:w="6696" w:type="dxa"/>
            <w:vAlign w:val="center"/>
          </w:tcPr>
          <w:p w14:paraId="11CBAE9F" w14:textId="77777777" w:rsidR="00114783" w:rsidRDefault="00000000">
            <w:pPr>
              <w:spacing w:after="20"/>
            </w:pPr>
            <w:r>
              <w:rPr>
                <w:sz w:val="17"/>
              </w:rPr>
              <w:t xml:space="preserve"> </w:t>
            </w:r>
          </w:p>
        </w:tc>
      </w:tr>
    </w:tbl>
    <w:p w14:paraId="0DC0DF18" w14:textId="77777777" w:rsidR="00114783" w:rsidRDefault="00000000">
      <w:pPr>
        <w:jc w:val="center"/>
      </w:pPr>
      <w:r>
        <w:rPr>
          <w:b/>
          <w:color w:val="1F4E79"/>
        </w:rPr>
        <w:t>ELOHIM SCHOLARSHIP FUND  |  elohimscholarshipfund@gmail.com</w:t>
      </w:r>
    </w:p>
    <w:sectPr w:rsidR="00114783" w:rsidSect="00034616">
      <w:headerReference w:type="default" r:id="rId9"/>
      <w:footerReference w:type="default" r:id="rId10"/>
      <w:pgSz w:w="12240" w:h="15840"/>
      <w:pgMar w:top="893" w:right="1037" w:bottom="893"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9DED6" w14:textId="77777777" w:rsidR="00DA5494" w:rsidRDefault="00DA5494">
      <w:pPr>
        <w:spacing w:after="0" w:line="240" w:lineRule="auto"/>
      </w:pPr>
      <w:r>
        <w:separator/>
      </w:r>
    </w:p>
  </w:endnote>
  <w:endnote w:type="continuationSeparator" w:id="0">
    <w:p w14:paraId="2BB2ECB9" w14:textId="77777777" w:rsidR="00DA5494" w:rsidRDefault="00DA5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E774B" w14:textId="77777777" w:rsidR="00114783" w:rsidRDefault="00000000">
    <w:pPr>
      <w:pStyle w:val="Footer"/>
      <w:jc w:val="center"/>
    </w:pPr>
    <w:r>
      <w:rPr>
        <w:color w:val="5B6573"/>
        <w:sz w:val="16"/>
      </w:rPr>
      <w:t xml:space="preserve">ELOHIM Scholarship </w:t>
    </w:r>
    <w:proofErr w:type="gramStart"/>
    <w:r>
      <w:rPr>
        <w:color w:val="5B6573"/>
        <w:sz w:val="16"/>
      </w:rPr>
      <w:t>Fund  •</w:t>
    </w:r>
    <w:proofErr w:type="gramEnd"/>
    <w:r>
      <w:rPr>
        <w:color w:val="5B6573"/>
        <w:sz w:val="16"/>
      </w:rPr>
      <w:t xml:space="preserve">  </w:t>
    </w:r>
    <w:r>
      <w:rPr>
        <w:color w:val="5B6573"/>
        <w:sz w:val="16"/>
      </w:rPr>
      <w:fldChar w:fldCharType="begin"/>
    </w:r>
    <w:r>
      <w:rPr>
        <w:color w:val="5B6573"/>
        <w:sz w:val="16"/>
      </w:rPr>
      <w:instrText xml:space="preserve"> PAGE </w:instrText>
    </w:r>
    <w:r w:rsidR="004612D3">
      <w:rPr>
        <w:color w:val="5B6573"/>
        <w:sz w:val="16"/>
      </w:rPr>
      <w:fldChar w:fldCharType="separate"/>
    </w:r>
    <w:r w:rsidR="004612D3">
      <w:rPr>
        <w:noProof/>
        <w:color w:val="5B6573"/>
        <w:sz w:val="16"/>
      </w:rPr>
      <w:t>1</w:t>
    </w:r>
    <w:r>
      <w:rPr>
        <w:color w:val="5B6573"/>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A06D9" w14:textId="77777777" w:rsidR="00DA5494" w:rsidRDefault="00DA5494">
      <w:pPr>
        <w:spacing w:after="0" w:line="240" w:lineRule="auto"/>
      </w:pPr>
      <w:r>
        <w:separator/>
      </w:r>
    </w:p>
  </w:footnote>
  <w:footnote w:type="continuationSeparator" w:id="0">
    <w:p w14:paraId="7C2842B3" w14:textId="77777777" w:rsidR="00DA5494" w:rsidRDefault="00DA54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5C499" w14:textId="77777777" w:rsidR="00114783" w:rsidRDefault="00000000">
    <w:pPr>
      <w:pStyle w:val="Header"/>
      <w:jc w:val="right"/>
    </w:pPr>
    <w:r>
      <w:rPr>
        <w:b/>
        <w:color w:val="5B6573"/>
        <w:sz w:val="16"/>
      </w:rPr>
      <w:t xml:space="preserve">ELOHIM SCHOLARSHIP </w:t>
    </w:r>
    <w:proofErr w:type="gramStart"/>
    <w:r>
      <w:rPr>
        <w:b/>
        <w:color w:val="5B6573"/>
        <w:sz w:val="16"/>
      </w:rPr>
      <w:t>FUND  |</w:t>
    </w:r>
    <w:proofErr w:type="gramEnd"/>
    <w:r>
      <w:rPr>
        <w:b/>
        <w:color w:val="5B6573"/>
        <w:sz w:val="16"/>
      </w:rPr>
      <w:t xml:space="preserve">  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54302337">
    <w:abstractNumId w:val="8"/>
  </w:num>
  <w:num w:numId="2" w16cid:durableId="163980180">
    <w:abstractNumId w:val="6"/>
  </w:num>
  <w:num w:numId="3" w16cid:durableId="1174874963">
    <w:abstractNumId w:val="5"/>
  </w:num>
  <w:num w:numId="4" w16cid:durableId="1564606985">
    <w:abstractNumId w:val="4"/>
  </w:num>
  <w:num w:numId="5" w16cid:durableId="1251041041">
    <w:abstractNumId w:val="7"/>
  </w:num>
  <w:num w:numId="6" w16cid:durableId="128909801">
    <w:abstractNumId w:val="3"/>
  </w:num>
  <w:num w:numId="7" w16cid:durableId="66391154">
    <w:abstractNumId w:val="2"/>
  </w:num>
  <w:num w:numId="8" w16cid:durableId="582641079">
    <w:abstractNumId w:val="1"/>
  </w:num>
  <w:num w:numId="9" w16cid:durableId="1303925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4783"/>
    <w:rsid w:val="0015074B"/>
    <w:rsid w:val="001A3182"/>
    <w:rsid w:val="0029639D"/>
    <w:rsid w:val="00326F90"/>
    <w:rsid w:val="00332DA1"/>
    <w:rsid w:val="004612D3"/>
    <w:rsid w:val="006116A5"/>
    <w:rsid w:val="00655956"/>
    <w:rsid w:val="00AA1D8D"/>
    <w:rsid w:val="00B47730"/>
    <w:rsid w:val="00CB0664"/>
    <w:rsid w:val="00D03FDF"/>
    <w:rsid w:val="00DA549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E9C986"/>
  <w14:defaultImageDpi w14:val="300"/>
  <w15:docId w15:val="{70BF273F-0F9D-4F6F-8418-C307A676B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color w:val="1F2937"/>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612D3"/>
    <w:rPr>
      <w:color w:val="0000FF" w:themeColor="hyperlink"/>
      <w:u w:val="single"/>
    </w:rPr>
  </w:style>
  <w:style w:type="character" w:styleId="UnresolvedMention">
    <w:name w:val="Unresolved Mention"/>
    <w:basedOn w:val="DefaultParagraphFont"/>
    <w:uiPriority w:val="99"/>
    <w:semiHidden/>
    <w:unhideWhenUsed/>
    <w:rsid w:val="004612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ohimscholarshipfund@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05b0f6e9-919b-42f8-9745-c7939bbb2a42}" enabled="1" method="Privileged" siteId="{692b412f-1418-4fba-98e6-05ab15c36bc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1195</Words>
  <Characters>6816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Elohim Scholarship Fund - Bursary Application Form</dc:title>
  <dc:subject/>
  <dc:creator>Elohim Scholarship Fund</dc:creator>
  <cp:keywords/>
  <dc:description/>
  <cp:lastModifiedBy>Elohim Scholarship Fund</cp:lastModifiedBy>
  <cp:revision>2</cp:revision>
  <dcterms:created xsi:type="dcterms:W3CDTF">2026-11-06T21:24:00Z</dcterms:created>
  <dcterms:modified xsi:type="dcterms:W3CDTF">2026-11-06T21:24:00Z</dcterms:modified>
  <cp:category/>
</cp:coreProperties>
</file>